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F4FE08" w14:textId="77777777" w:rsidR="007B4EBC" w:rsidRPr="00B0313E" w:rsidRDefault="00000000" w:rsidP="00B0313E">
      <w:pPr>
        <w:pStyle w:val="Titel"/>
      </w:pPr>
      <w:r w:rsidRPr="00B0313E">
        <w:t>Übung: Typografisch korrekte Striche in der Schweiz</w:t>
      </w:r>
    </w:p>
    <w:p w14:paraId="1EC23706" w14:textId="77777777" w:rsidR="007B4EBC" w:rsidRPr="00EB2720" w:rsidRDefault="00000000">
      <w:pPr>
        <w:spacing w:after="320"/>
        <w:rPr>
          <w:lang w:val="de-CH"/>
        </w:rPr>
      </w:pPr>
      <w:r w:rsidRPr="00EB2720">
        <w:rPr>
          <w:i/>
          <w:color w:val="2B6CB0"/>
          <w:lang w:val="de-CH"/>
        </w:rPr>
        <w:t>Viertelgeviert (Divis), Halbgeviert (Gedanken-/Streckenstrich) und Geviertstrich nach Schweizer Korrespondenzregeln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360"/>
      </w:tblGrid>
      <w:tr w:rsidR="007B4EBC" w:rsidRPr="00B0313E" w14:paraId="64E99C09" w14:textId="77777777">
        <w:trPr>
          <w:jc w:val="center"/>
        </w:trPr>
        <w:tc>
          <w:tcPr>
            <w:tcW w:w="9360" w:type="dxa"/>
            <w:tcBorders>
              <w:left w:val="single" w:sz="24" w:space="0" w:color="1A365D"/>
            </w:tcBorders>
            <w:shd w:val="clear" w:color="auto" w:fill="F0F4F8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250C2073" w14:textId="237AAF40" w:rsidR="007B4EBC" w:rsidRPr="00EB2720" w:rsidRDefault="00000000">
            <w:pPr>
              <w:spacing w:after="80"/>
              <w:rPr>
                <w:lang w:val="de-CH"/>
              </w:rPr>
            </w:pPr>
            <w:r w:rsidRPr="00EB2720">
              <w:rPr>
                <w:b/>
                <w:color w:val="1A365D"/>
                <w:sz w:val="21"/>
                <w:lang w:val="de-CH"/>
              </w:rPr>
              <w:t>Typografische Kurzübersicht (Schweizer Standard / Duden)</w:t>
            </w:r>
          </w:p>
          <w:p w14:paraId="5D4593BF" w14:textId="77777777" w:rsidR="007B4EBC" w:rsidRPr="00EB2720" w:rsidRDefault="00000000">
            <w:pPr>
              <w:spacing w:after="60"/>
              <w:ind w:left="144"/>
              <w:rPr>
                <w:lang w:val="de-CH"/>
              </w:rPr>
            </w:pPr>
            <w:r w:rsidRPr="00EB2720">
              <w:rPr>
                <w:b/>
                <w:sz w:val="19"/>
                <w:lang w:val="de-CH"/>
              </w:rPr>
              <w:t xml:space="preserve">• Viertelgeviert / Divis (-): </w:t>
            </w:r>
            <w:r w:rsidRPr="00EB2720">
              <w:rPr>
                <w:sz w:val="19"/>
                <w:lang w:val="de-CH"/>
              </w:rPr>
              <w:t>Binde- und Trennstrich (z. B. Mund-zu-Mund-Beatmung), Ergänzungsstrich (An- und Verkauf). Direkt am Wort, ohne Leerzeichen!</w:t>
            </w:r>
          </w:p>
          <w:p w14:paraId="5141FA86" w14:textId="77777777" w:rsidR="007B4EBC" w:rsidRPr="00EB2720" w:rsidRDefault="00000000">
            <w:pPr>
              <w:spacing w:after="60"/>
              <w:ind w:left="144"/>
              <w:rPr>
                <w:lang w:val="de-CH"/>
              </w:rPr>
            </w:pPr>
            <w:r w:rsidRPr="00EB2720">
              <w:rPr>
                <w:b/>
                <w:sz w:val="19"/>
                <w:lang w:val="de-CH"/>
              </w:rPr>
              <w:t xml:space="preserve">• Halbgeviertstrich (–): </w:t>
            </w:r>
            <w:r w:rsidRPr="00EB2720">
              <w:rPr>
                <w:sz w:val="19"/>
                <w:lang w:val="de-CH"/>
              </w:rPr>
              <w:t>Gedankenstrich (mit Leerzeichen – wie hier), Bis-Strich (10–12 Uhr, ohne Leerzeichen), Streckenstrich (Zürich–Bern, ohne Leerzeichen), Schweizer Franken (CHF 50.– mit Punkt und Halbgeviertstrich).</w:t>
            </w:r>
          </w:p>
          <w:p w14:paraId="6B34D559" w14:textId="2479153E" w:rsidR="007B4EBC" w:rsidRPr="00B0313E" w:rsidRDefault="00000000">
            <w:pPr>
              <w:spacing w:after="60"/>
              <w:ind w:left="144"/>
              <w:rPr>
                <w:lang w:val="de-CH"/>
              </w:rPr>
            </w:pPr>
            <w:r w:rsidRPr="00EB2720">
              <w:rPr>
                <w:b/>
                <w:sz w:val="19"/>
                <w:lang w:val="de-CH"/>
              </w:rPr>
              <w:t xml:space="preserve">• Geviertstrich (—): </w:t>
            </w:r>
            <w:r w:rsidRPr="00EB2720">
              <w:rPr>
                <w:sz w:val="19"/>
                <w:lang w:val="de-CH"/>
              </w:rPr>
              <w:t>Sehr selten, v.</w:t>
            </w:r>
            <w:r w:rsidR="00B0313E">
              <w:rPr>
                <w:sz w:val="19"/>
                <w:lang w:val="de-CH"/>
              </w:rPr>
              <w:t> </w:t>
            </w:r>
            <w:r w:rsidRPr="00EB2720">
              <w:rPr>
                <w:sz w:val="19"/>
                <w:lang w:val="de-CH"/>
              </w:rPr>
              <w:t>a. in Spezialtabellen</w:t>
            </w:r>
            <w:r w:rsidR="00B0313E">
              <w:rPr>
                <w:sz w:val="19"/>
                <w:lang w:val="de-CH"/>
              </w:rPr>
              <w:t xml:space="preserve"> (Nullersatzstrich in Tabellen)</w:t>
            </w:r>
            <w:r w:rsidRPr="00EB2720">
              <w:rPr>
                <w:sz w:val="19"/>
                <w:lang w:val="de-CH"/>
              </w:rPr>
              <w:t xml:space="preserve">, extremen stilistischen Distanzierungen oder im englischen Satz. </w:t>
            </w:r>
            <w:r w:rsidRPr="00B0313E">
              <w:rPr>
                <w:sz w:val="19"/>
                <w:lang w:val="de-CH"/>
              </w:rPr>
              <w:t>Im Schweizer Alltag/Korrespondenz fast nie verwendet.</w:t>
            </w:r>
          </w:p>
        </w:tc>
      </w:tr>
    </w:tbl>
    <w:p w14:paraId="231AFE92" w14:textId="77777777" w:rsidR="007B4EBC" w:rsidRPr="00B0313E" w:rsidRDefault="00000000" w:rsidP="00B0313E">
      <w:pPr>
        <w:pStyle w:val="berschrift1"/>
        <w:rPr>
          <w:lang w:val="de-CH"/>
        </w:rPr>
      </w:pPr>
      <w:r w:rsidRPr="00B0313E">
        <w:rPr>
          <w:lang w:val="de-CH"/>
        </w:rPr>
        <w:t>Teil 1: Regelverständnis &amp; Zuordnung</w:t>
      </w:r>
    </w:p>
    <w:p w14:paraId="5DA4DF02" w14:textId="15762FDB" w:rsidR="007B4EBC" w:rsidRPr="00EB2720" w:rsidRDefault="00000000">
      <w:pPr>
        <w:spacing w:after="120"/>
        <w:rPr>
          <w:lang w:val="de-CH"/>
        </w:rPr>
      </w:pPr>
      <w:r w:rsidRPr="00EB2720">
        <w:rPr>
          <w:b/>
          <w:lang w:val="de-CH"/>
        </w:rPr>
        <w:t>1. Welcher Strich wird nach Schweizer Korrespondenzregeln bei Geldbeträgen ohne Rappen eingesetzt (z.</w:t>
      </w:r>
      <w:r w:rsidR="00B0313E">
        <w:rPr>
          <w:b/>
          <w:lang w:val="de-CH"/>
        </w:rPr>
        <w:t> </w:t>
      </w:r>
      <w:r w:rsidRPr="00EB2720">
        <w:rPr>
          <w:b/>
          <w:lang w:val="de-CH"/>
        </w:rPr>
        <w:t>B. CHF 120.____)?</w:t>
      </w:r>
    </w:p>
    <w:p w14:paraId="190C43DE" w14:textId="69A2A5D1" w:rsidR="007B4EBC" w:rsidRPr="00EB2720" w:rsidRDefault="00000000">
      <w:pPr>
        <w:spacing w:after="40"/>
        <w:ind w:left="360"/>
        <w:rPr>
          <w:lang w:val="de-CH"/>
        </w:rPr>
      </w:pPr>
      <w:sdt>
        <w:sdtPr>
          <w:rPr>
            <w:sz w:val="20"/>
            <w:lang w:val="de-CH"/>
          </w:rPr>
          <w:id w:val="4186816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0313E">
            <w:rPr>
              <w:rFonts w:ascii="MS Gothic" w:eastAsia="MS Gothic" w:hAnsi="MS Gothic" w:hint="eastAsia"/>
              <w:sz w:val="20"/>
              <w:lang w:val="de-CH"/>
            </w:rPr>
            <w:t>☐</w:t>
          </w:r>
        </w:sdtContent>
      </w:sdt>
      <w:r w:rsidR="00B0313E" w:rsidRPr="00EB2720">
        <w:rPr>
          <w:sz w:val="20"/>
          <w:lang w:val="de-CH"/>
        </w:rPr>
        <w:t xml:space="preserve"> Viertelgeviertstrich (Divis)</w:t>
      </w:r>
    </w:p>
    <w:p w14:paraId="069463F5" w14:textId="3D38B3AF" w:rsidR="007B4EBC" w:rsidRPr="00EB2720" w:rsidRDefault="00000000">
      <w:pPr>
        <w:spacing w:after="40"/>
        <w:ind w:left="360"/>
        <w:rPr>
          <w:lang w:val="de-CH"/>
        </w:rPr>
      </w:pPr>
      <w:sdt>
        <w:sdtPr>
          <w:rPr>
            <w:sz w:val="20"/>
            <w:lang w:val="de-CH"/>
          </w:rPr>
          <w:id w:val="2655063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0313E">
            <w:rPr>
              <w:rFonts w:ascii="MS Gothic" w:eastAsia="MS Gothic" w:hAnsi="MS Gothic" w:hint="eastAsia"/>
              <w:sz w:val="20"/>
              <w:lang w:val="de-CH"/>
            </w:rPr>
            <w:t>☐</w:t>
          </w:r>
        </w:sdtContent>
      </w:sdt>
      <w:r w:rsidR="00B0313E" w:rsidRPr="00EB2720">
        <w:rPr>
          <w:sz w:val="20"/>
          <w:lang w:val="de-CH"/>
        </w:rPr>
        <w:t xml:space="preserve"> Halbgeviertstrich (Gedankenstrich)</w:t>
      </w:r>
    </w:p>
    <w:p w14:paraId="05CB6C59" w14:textId="4BD65E15" w:rsidR="007B4EBC" w:rsidRPr="00EB2720" w:rsidRDefault="00000000">
      <w:pPr>
        <w:spacing w:after="40"/>
        <w:ind w:left="360"/>
        <w:rPr>
          <w:lang w:val="de-CH"/>
        </w:rPr>
      </w:pPr>
      <w:sdt>
        <w:sdtPr>
          <w:rPr>
            <w:sz w:val="20"/>
            <w:lang w:val="de-CH"/>
          </w:rPr>
          <w:id w:val="1749361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0313E">
            <w:rPr>
              <w:rFonts w:ascii="MS Gothic" w:eastAsia="MS Gothic" w:hAnsi="MS Gothic" w:hint="eastAsia"/>
              <w:sz w:val="20"/>
              <w:lang w:val="de-CH"/>
            </w:rPr>
            <w:t>☐</w:t>
          </w:r>
        </w:sdtContent>
      </w:sdt>
      <w:r w:rsidR="00B0313E" w:rsidRPr="00EB2720">
        <w:rPr>
          <w:sz w:val="20"/>
          <w:lang w:val="de-CH"/>
        </w:rPr>
        <w:t xml:space="preserve"> Geviertstrich</w:t>
      </w:r>
    </w:p>
    <w:p w14:paraId="68084A9A" w14:textId="0D4CC0E5" w:rsidR="007B4EBC" w:rsidRPr="00EB2720" w:rsidRDefault="00000000">
      <w:pPr>
        <w:spacing w:after="40"/>
        <w:ind w:left="360"/>
        <w:rPr>
          <w:lang w:val="de-CH"/>
        </w:rPr>
      </w:pPr>
      <w:sdt>
        <w:sdtPr>
          <w:rPr>
            <w:sz w:val="20"/>
            <w:lang w:val="de-CH"/>
          </w:rPr>
          <w:id w:val="-11743452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0313E">
            <w:rPr>
              <w:rFonts w:ascii="MS Gothic" w:eastAsia="MS Gothic" w:hAnsi="MS Gothic" w:hint="eastAsia"/>
              <w:sz w:val="20"/>
              <w:lang w:val="de-CH"/>
            </w:rPr>
            <w:t>☐</w:t>
          </w:r>
        </w:sdtContent>
      </w:sdt>
      <w:r w:rsidR="00B0313E" w:rsidRPr="00EB2720">
        <w:rPr>
          <w:sz w:val="20"/>
          <w:lang w:val="de-CH"/>
        </w:rPr>
        <w:t xml:space="preserve"> Unterstrich</w:t>
      </w:r>
    </w:p>
    <w:p w14:paraId="2122DF99" w14:textId="77777777" w:rsidR="007B4EBC" w:rsidRPr="00EB2720" w:rsidRDefault="00000000">
      <w:pPr>
        <w:spacing w:before="120" w:after="120"/>
        <w:rPr>
          <w:lang w:val="de-CH"/>
        </w:rPr>
      </w:pPr>
      <w:r w:rsidRPr="00EB2720">
        <w:rPr>
          <w:b/>
          <w:lang w:val="de-CH"/>
        </w:rPr>
        <w:t>2. Wie werden Streckenangaben (z. B. Genf ____ Lausanne) korrekt formatiert?</w:t>
      </w:r>
    </w:p>
    <w:p w14:paraId="51E8A867" w14:textId="2E940B51" w:rsidR="007B4EBC" w:rsidRPr="00EB2720" w:rsidRDefault="00000000">
      <w:pPr>
        <w:spacing w:after="40"/>
        <w:ind w:left="360"/>
        <w:rPr>
          <w:lang w:val="de-CH"/>
        </w:rPr>
      </w:pPr>
      <w:sdt>
        <w:sdtPr>
          <w:rPr>
            <w:sz w:val="20"/>
            <w:lang w:val="de-CH"/>
          </w:rPr>
          <w:id w:val="-10051186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0313E">
            <w:rPr>
              <w:rFonts w:ascii="MS Gothic" w:eastAsia="MS Gothic" w:hAnsi="MS Gothic" w:hint="eastAsia"/>
              <w:sz w:val="20"/>
              <w:lang w:val="de-CH"/>
            </w:rPr>
            <w:t>☐</w:t>
          </w:r>
        </w:sdtContent>
      </w:sdt>
      <w:r w:rsidR="00B0313E" w:rsidRPr="00EB2720">
        <w:rPr>
          <w:sz w:val="20"/>
          <w:lang w:val="de-CH"/>
        </w:rPr>
        <w:t xml:space="preserve"> Mit Viertelgeviertstrich und Leerzeichen davor und danach</w:t>
      </w:r>
    </w:p>
    <w:p w14:paraId="65915D9E" w14:textId="6CE5755C" w:rsidR="007B4EBC" w:rsidRPr="00EB2720" w:rsidRDefault="00000000">
      <w:pPr>
        <w:spacing w:after="40"/>
        <w:ind w:left="360"/>
        <w:rPr>
          <w:lang w:val="de-CH"/>
        </w:rPr>
      </w:pPr>
      <w:sdt>
        <w:sdtPr>
          <w:rPr>
            <w:sz w:val="20"/>
            <w:lang w:val="de-CH"/>
          </w:rPr>
          <w:id w:val="-11498230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0313E">
            <w:rPr>
              <w:rFonts w:ascii="MS Gothic" w:eastAsia="MS Gothic" w:hAnsi="MS Gothic" w:hint="eastAsia"/>
              <w:sz w:val="20"/>
              <w:lang w:val="de-CH"/>
            </w:rPr>
            <w:t>☐</w:t>
          </w:r>
        </w:sdtContent>
      </w:sdt>
      <w:r w:rsidR="00B0313E" w:rsidRPr="00EB2720">
        <w:rPr>
          <w:sz w:val="20"/>
          <w:lang w:val="de-CH"/>
        </w:rPr>
        <w:t xml:space="preserve"> Mit Halbgeviertstrich ohne Leerzeichen davor und danach</w:t>
      </w:r>
    </w:p>
    <w:p w14:paraId="14C16D50" w14:textId="6148FEA5" w:rsidR="007B4EBC" w:rsidRPr="00EB2720" w:rsidRDefault="00000000">
      <w:pPr>
        <w:spacing w:after="40"/>
        <w:ind w:left="360"/>
        <w:rPr>
          <w:lang w:val="de-CH"/>
        </w:rPr>
      </w:pPr>
      <w:sdt>
        <w:sdtPr>
          <w:rPr>
            <w:sz w:val="20"/>
            <w:lang w:val="de-CH"/>
          </w:rPr>
          <w:id w:val="884324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0313E">
            <w:rPr>
              <w:rFonts w:ascii="MS Gothic" w:eastAsia="MS Gothic" w:hAnsi="MS Gothic" w:hint="eastAsia"/>
              <w:sz w:val="20"/>
              <w:lang w:val="de-CH"/>
            </w:rPr>
            <w:t>☐</w:t>
          </w:r>
        </w:sdtContent>
      </w:sdt>
      <w:r w:rsidR="00B0313E" w:rsidRPr="00EB2720">
        <w:rPr>
          <w:sz w:val="20"/>
          <w:lang w:val="de-CH"/>
        </w:rPr>
        <w:t xml:space="preserve"> Mit Halbgeviertstrich und Leerzeichen davor und danach</w:t>
      </w:r>
    </w:p>
    <w:p w14:paraId="5B8B53A7" w14:textId="73F36371" w:rsidR="007B4EBC" w:rsidRPr="00EB2720" w:rsidRDefault="00000000">
      <w:pPr>
        <w:spacing w:after="40"/>
        <w:ind w:left="360"/>
        <w:rPr>
          <w:lang w:val="de-CH"/>
        </w:rPr>
      </w:pPr>
      <w:sdt>
        <w:sdtPr>
          <w:rPr>
            <w:sz w:val="20"/>
            <w:lang w:val="de-CH"/>
          </w:rPr>
          <w:id w:val="-16986096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0313E">
            <w:rPr>
              <w:rFonts w:ascii="MS Gothic" w:eastAsia="MS Gothic" w:hAnsi="MS Gothic" w:hint="eastAsia"/>
              <w:sz w:val="20"/>
              <w:lang w:val="de-CH"/>
            </w:rPr>
            <w:t>☐</w:t>
          </w:r>
        </w:sdtContent>
      </w:sdt>
      <w:r w:rsidR="00B0313E" w:rsidRPr="00EB2720">
        <w:rPr>
          <w:sz w:val="20"/>
          <w:lang w:val="de-CH"/>
        </w:rPr>
        <w:t xml:space="preserve"> Mit Doppelpunkt</w:t>
      </w:r>
    </w:p>
    <w:p w14:paraId="0B151359" w14:textId="77777777" w:rsidR="007B4EBC" w:rsidRPr="00EB2720" w:rsidRDefault="00000000" w:rsidP="00B0313E">
      <w:pPr>
        <w:pStyle w:val="berschrift1"/>
        <w:rPr>
          <w:lang w:val="de-CH"/>
        </w:rPr>
      </w:pPr>
      <w:r w:rsidRPr="00EB2720">
        <w:rPr>
          <w:lang w:val="de-CH"/>
        </w:rPr>
        <w:t>Teil 2: Die richtigen Striche in der Praxis einsetzen</w:t>
      </w:r>
    </w:p>
    <w:p w14:paraId="42940377" w14:textId="77777777" w:rsidR="007B4EBC" w:rsidRPr="00EB2720" w:rsidRDefault="00000000">
      <w:pPr>
        <w:spacing w:after="160"/>
        <w:rPr>
          <w:lang w:val="de-CH"/>
        </w:rPr>
      </w:pPr>
      <w:r w:rsidRPr="00EB2720">
        <w:rPr>
          <w:i/>
          <w:sz w:val="20"/>
          <w:lang w:val="de-CH"/>
        </w:rPr>
        <w:t>Setzen Sie in die Lücken den jeweils typografisch korrekten Strich ein. Bestimmen Sie in der rechten Spalte die Art des Strichs (Viertelgeviert = V, Halbgeviert = H, Geviert = G).</w:t>
      </w: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ayout w:type="fixed"/>
        <w:tblLook w:val="04A0" w:firstRow="1" w:lastRow="0" w:firstColumn="1" w:lastColumn="0" w:noHBand="0" w:noVBand="1"/>
      </w:tblPr>
      <w:tblGrid>
        <w:gridCol w:w="864"/>
        <w:gridCol w:w="6768"/>
        <w:gridCol w:w="1728"/>
      </w:tblGrid>
      <w:tr w:rsidR="007B4EBC" w14:paraId="5CD0AB93" w14:textId="77777777">
        <w:trPr>
          <w:jc w:val="center"/>
        </w:trPr>
        <w:tc>
          <w:tcPr>
            <w:tcW w:w="864" w:type="dxa"/>
            <w:shd w:val="clear" w:color="auto" w:fill="1A365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55C6AB" w14:textId="77777777" w:rsidR="007B4EBC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9"/>
              </w:rPr>
              <w:t>Nr.</w:t>
            </w:r>
          </w:p>
        </w:tc>
        <w:tc>
          <w:tcPr>
            <w:tcW w:w="6768" w:type="dxa"/>
            <w:shd w:val="clear" w:color="auto" w:fill="1A365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B3712D" w14:textId="77777777" w:rsidR="007B4EBC" w:rsidRDefault="00000000">
            <w:pPr>
              <w:spacing w:after="0"/>
            </w:pPr>
            <w:r>
              <w:rPr>
                <w:b/>
                <w:color w:val="FFFFFF"/>
                <w:sz w:val="19"/>
              </w:rPr>
              <w:t>Satz / Korrespondenzbeispiel mit Lücke [ ___ ]</w:t>
            </w:r>
          </w:p>
        </w:tc>
        <w:tc>
          <w:tcPr>
            <w:tcW w:w="1728" w:type="dxa"/>
            <w:shd w:val="clear" w:color="auto" w:fill="1A365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09AA22" w14:textId="77777777" w:rsidR="007B4EBC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9"/>
              </w:rPr>
              <w:t>Typ (V / H / G)</w:t>
            </w:r>
          </w:p>
        </w:tc>
      </w:tr>
      <w:tr w:rsidR="007B4EBC" w14:paraId="1B966245" w14:textId="77777777">
        <w:trPr>
          <w:jc w:val="center"/>
        </w:trPr>
        <w:tc>
          <w:tcPr>
            <w:tcW w:w="864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C52FC58" w14:textId="77777777" w:rsidR="007B4EBC" w:rsidRDefault="00000000">
            <w:pPr>
              <w:spacing w:after="0"/>
              <w:jc w:val="center"/>
            </w:pPr>
            <w:r>
              <w:rPr>
                <w:sz w:val="20"/>
              </w:rPr>
              <w:t>1</w:t>
            </w:r>
          </w:p>
        </w:tc>
        <w:tc>
          <w:tcPr>
            <w:tcW w:w="6768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6A7A2EC" w14:textId="31A3BC9F" w:rsidR="007B4EBC" w:rsidRPr="00EB2720" w:rsidRDefault="00000000">
            <w:pPr>
              <w:spacing w:after="0"/>
              <w:rPr>
                <w:lang w:val="de-CH"/>
              </w:rPr>
            </w:pPr>
            <w:r w:rsidRPr="00EB2720">
              <w:rPr>
                <w:sz w:val="20"/>
                <w:lang w:val="de-CH"/>
              </w:rPr>
              <w:t>Bitte senden Sie die Unterlagen an die A</w:t>
            </w:r>
            <w:r w:rsidR="00B0313E" w:rsidRPr="00B0313E">
              <w:rPr>
                <w:sz w:val="20"/>
                <w:highlight w:val="yellow"/>
                <w:lang w:val="de-CH"/>
              </w:rPr>
              <w:fldChar w:fldCharType="begin"/>
            </w:r>
            <w:r w:rsidR="00B0313E" w:rsidRPr="00B0313E">
              <w:rPr>
                <w:sz w:val="20"/>
                <w:highlight w:val="yellow"/>
                <w:lang w:val="de-CH"/>
              </w:rPr>
              <w:instrText xml:space="preserve"> MACROBUTTON NoMacro ???</w:instrText>
            </w:r>
            <w:r w:rsidR="00B0313E" w:rsidRPr="00B0313E">
              <w:rPr>
                <w:sz w:val="20"/>
                <w:highlight w:val="yellow"/>
                <w:lang w:val="de-CH"/>
              </w:rPr>
              <w:fldChar w:fldCharType="separate"/>
            </w:r>
            <w:r w:rsidR="00B0313E" w:rsidRPr="00B0313E">
              <w:rPr>
                <w:sz w:val="20"/>
                <w:highlight w:val="yellow"/>
                <w:lang w:val="de-CH"/>
              </w:rPr>
              <w:fldChar w:fldCharType="end"/>
            </w:r>
            <w:r w:rsidRPr="00EB2720">
              <w:rPr>
                <w:sz w:val="20"/>
                <w:lang w:val="de-CH"/>
              </w:rPr>
              <w:t>Kassenschalter.</w:t>
            </w:r>
          </w:p>
        </w:tc>
        <w:tc>
          <w:tcPr>
            <w:tcW w:w="1728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822013E" w14:textId="77777777" w:rsidR="007B4EBC" w:rsidRDefault="00000000">
            <w:pPr>
              <w:spacing w:after="0"/>
              <w:jc w:val="center"/>
            </w:pPr>
            <w:r>
              <w:rPr>
                <w:sz w:val="20"/>
              </w:rPr>
              <w:t>[       ]</w:t>
            </w:r>
          </w:p>
        </w:tc>
      </w:tr>
      <w:tr w:rsidR="007B4EBC" w14:paraId="07A8F43C" w14:textId="77777777">
        <w:trPr>
          <w:jc w:val="center"/>
        </w:trPr>
        <w:tc>
          <w:tcPr>
            <w:tcW w:w="864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344B420" w14:textId="77777777" w:rsidR="007B4EBC" w:rsidRDefault="00000000">
            <w:pPr>
              <w:spacing w:after="0"/>
              <w:jc w:val="center"/>
            </w:pPr>
            <w:r>
              <w:rPr>
                <w:sz w:val="20"/>
              </w:rPr>
              <w:t>2</w:t>
            </w:r>
          </w:p>
        </w:tc>
        <w:tc>
          <w:tcPr>
            <w:tcW w:w="6768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DBF1F45" w14:textId="21D8AE73" w:rsidR="007B4EBC" w:rsidRPr="00EB2720" w:rsidRDefault="00000000">
            <w:pPr>
              <w:spacing w:after="0"/>
              <w:rPr>
                <w:lang w:val="de-CH"/>
              </w:rPr>
            </w:pPr>
            <w:r w:rsidRPr="00EB2720">
              <w:rPr>
                <w:sz w:val="20"/>
                <w:lang w:val="de-CH"/>
              </w:rPr>
              <w:t>Die Öffnungszeiten sind von 08.00</w:t>
            </w:r>
            <w:r w:rsidR="00B0313E" w:rsidRPr="00B0313E">
              <w:rPr>
                <w:sz w:val="20"/>
                <w:highlight w:val="yellow"/>
                <w:lang w:val="de-CH"/>
              </w:rPr>
              <w:fldChar w:fldCharType="begin"/>
            </w:r>
            <w:r w:rsidR="00B0313E" w:rsidRPr="00B0313E">
              <w:rPr>
                <w:sz w:val="20"/>
                <w:highlight w:val="yellow"/>
                <w:lang w:val="de-CH"/>
              </w:rPr>
              <w:instrText xml:space="preserve"> MACROBUTTON NoMacro ???</w:instrText>
            </w:r>
            <w:r w:rsidR="00B0313E" w:rsidRPr="00B0313E">
              <w:rPr>
                <w:sz w:val="20"/>
                <w:highlight w:val="yellow"/>
                <w:lang w:val="de-CH"/>
              </w:rPr>
              <w:fldChar w:fldCharType="separate"/>
            </w:r>
            <w:r w:rsidR="00B0313E" w:rsidRPr="00B0313E">
              <w:rPr>
                <w:sz w:val="20"/>
                <w:highlight w:val="yellow"/>
                <w:lang w:val="de-CH"/>
              </w:rPr>
              <w:fldChar w:fldCharType="end"/>
            </w:r>
            <w:r w:rsidRPr="00EB2720">
              <w:rPr>
                <w:sz w:val="20"/>
                <w:lang w:val="de-CH"/>
              </w:rPr>
              <w:t>12.00 Uhr.</w:t>
            </w:r>
          </w:p>
        </w:tc>
        <w:tc>
          <w:tcPr>
            <w:tcW w:w="1728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81F666C" w14:textId="77777777" w:rsidR="007B4EBC" w:rsidRDefault="00000000">
            <w:pPr>
              <w:spacing w:after="0"/>
              <w:jc w:val="center"/>
            </w:pPr>
            <w:r>
              <w:rPr>
                <w:sz w:val="20"/>
              </w:rPr>
              <w:t>[       ]</w:t>
            </w:r>
          </w:p>
        </w:tc>
      </w:tr>
      <w:tr w:rsidR="007B4EBC" w14:paraId="136197B4" w14:textId="77777777">
        <w:trPr>
          <w:jc w:val="center"/>
        </w:trPr>
        <w:tc>
          <w:tcPr>
            <w:tcW w:w="864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7AE61B5" w14:textId="77777777" w:rsidR="007B4EBC" w:rsidRDefault="00000000">
            <w:pPr>
              <w:spacing w:after="0"/>
              <w:jc w:val="center"/>
            </w:pPr>
            <w:r>
              <w:rPr>
                <w:sz w:val="20"/>
              </w:rPr>
              <w:t>3</w:t>
            </w:r>
          </w:p>
        </w:tc>
        <w:tc>
          <w:tcPr>
            <w:tcW w:w="6768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7E75AA1" w14:textId="14F73FC8" w:rsidR="007B4EBC" w:rsidRPr="00EB2720" w:rsidRDefault="00000000">
            <w:pPr>
              <w:spacing w:after="0"/>
              <w:rPr>
                <w:lang w:val="de-CH"/>
              </w:rPr>
            </w:pPr>
            <w:r w:rsidRPr="00EB2720">
              <w:rPr>
                <w:sz w:val="20"/>
                <w:lang w:val="de-CH"/>
              </w:rPr>
              <w:t>Der Betrag von CHF 250.</w:t>
            </w:r>
            <w:r w:rsidR="00B0313E" w:rsidRPr="00B0313E">
              <w:rPr>
                <w:sz w:val="20"/>
                <w:highlight w:val="yellow"/>
                <w:lang w:val="de-CH"/>
              </w:rPr>
              <w:fldChar w:fldCharType="begin"/>
            </w:r>
            <w:r w:rsidR="00B0313E" w:rsidRPr="00B0313E">
              <w:rPr>
                <w:sz w:val="20"/>
                <w:highlight w:val="yellow"/>
                <w:lang w:val="de-CH"/>
              </w:rPr>
              <w:instrText xml:space="preserve"> MACROBUTTON NoMacro ???</w:instrText>
            </w:r>
            <w:r w:rsidR="00B0313E" w:rsidRPr="00B0313E">
              <w:rPr>
                <w:sz w:val="20"/>
                <w:highlight w:val="yellow"/>
                <w:lang w:val="de-CH"/>
              </w:rPr>
              <w:fldChar w:fldCharType="separate"/>
            </w:r>
            <w:r w:rsidR="00B0313E" w:rsidRPr="00B0313E">
              <w:rPr>
                <w:sz w:val="20"/>
                <w:highlight w:val="yellow"/>
                <w:lang w:val="de-CH"/>
              </w:rPr>
              <w:fldChar w:fldCharType="end"/>
            </w:r>
            <w:r w:rsidRPr="00EB2720">
              <w:rPr>
                <w:sz w:val="20"/>
                <w:lang w:val="de-CH"/>
              </w:rPr>
              <w:t>ist spätestens bis Ende Monat zu überweisen.</w:t>
            </w:r>
          </w:p>
        </w:tc>
        <w:tc>
          <w:tcPr>
            <w:tcW w:w="1728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18CD8B0" w14:textId="77777777" w:rsidR="007B4EBC" w:rsidRDefault="00000000">
            <w:pPr>
              <w:spacing w:after="0"/>
              <w:jc w:val="center"/>
            </w:pPr>
            <w:r>
              <w:rPr>
                <w:sz w:val="20"/>
              </w:rPr>
              <w:t>[       ]</w:t>
            </w:r>
          </w:p>
        </w:tc>
      </w:tr>
      <w:tr w:rsidR="007B4EBC" w14:paraId="22913CEF" w14:textId="77777777">
        <w:trPr>
          <w:jc w:val="center"/>
        </w:trPr>
        <w:tc>
          <w:tcPr>
            <w:tcW w:w="864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2059DF9" w14:textId="77777777" w:rsidR="007B4EBC" w:rsidRDefault="00000000">
            <w:pPr>
              <w:spacing w:after="0"/>
              <w:jc w:val="center"/>
            </w:pPr>
            <w:r>
              <w:rPr>
                <w:sz w:val="20"/>
              </w:rPr>
              <w:t>4</w:t>
            </w:r>
          </w:p>
        </w:tc>
        <w:tc>
          <w:tcPr>
            <w:tcW w:w="6768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C8A26AC" w14:textId="06ED5426" w:rsidR="007B4EBC" w:rsidRPr="00EB2720" w:rsidRDefault="00000000">
            <w:pPr>
              <w:spacing w:after="0"/>
              <w:rPr>
                <w:lang w:val="de-CH"/>
              </w:rPr>
            </w:pPr>
            <w:r w:rsidRPr="00EB2720">
              <w:rPr>
                <w:sz w:val="20"/>
                <w:lang w:val="de-CH"/>
              </w:rPr>
              <w:t xml:space="preserve">Wir reisen mit dem Zug auf der Strecke </w:t>
            </w:r>
            <w:proofErr w:type="spellStart"/>
            <w:r w:rsidR="00B0313E">
              <w:rPr>
                <w:sz w:val="20"/>
                <w:lang w:val="de-CH"/>
              </w:rPr>
              <w:t>Chur</w:t>
            </w:r>
            <w:r w:rsidR="00B0313E" w:rsidRPr="00B0313E">
              <w:rPr>
                <w:sz w:val="20"/>
                <w:highlight w:val="yellow"/>
                <w:lang w:val="de-CH"/>
              </w:rPr>
              <w:fldChar w:fldCharType="begin"/>
            </w:r>
            <w:r w:rsidR="00B0313E" w:rsidRPr="00B0313E">
              <w:rPr>
                <w:sz w:val="20"/>
                <w:highlight w:val="yellow"/>
                <w:lang w:val="de-CH"/>
              </w:rPr>
              <w:instrText xml:space="preserve"> MACROBUTTON NoMacro ???</w:instrText>
            </w:r>
            <w:r w:rsidR="00B0313E" w:rsidRPr="00B0313E">
              <w:rPr>
                <w:sz w:val="20"/>
                <w:highlight w:val="yellow"/>
                <w:lang w:val="de-CH"/>
              </w:rPr>
              <w:fldChar w:fldCharType="separate"/>
            </w:r>
            <w:r w:rsidR="00B0313E" w:rsidRPr="00B0313E">
              <w:rPr>
                <w:sz w:val="20"/>
                <w:highlight w:val="yellow"/>
                <w:lang w:val="de-CH"/>
              </w:rPr>
              <w:fldChar w:fldCharType="end"/>
            </w:r>
            <w:r w:rsidRPr="00EB2720">
              <w:rPr>
                <w:sz w:val="20"/>
                <w:lang w:val="de-CH"/>
              </w:rPr>
              <w:t>Zürich</w:t>
            </w:r>
            <w:proofErr w:type="spellEnd"/>
            <w:r w:rsidRPr="00EB2720">
              <w:rPr>
                <w:sz w:val="20"/>
                <w:lang w:val="de-CH"/>
              </w:rPr>
              <w:t>.</w:t>
            </w:r>
          </w:p>
        </w:tc>
        <w:tc>
          <w:tcPr>
            <w:tcW w:w="1728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AFA6212" w14:textId="77777777" w:rsidR="007B4EBC" w:rsidRDefault="00000000">
            <w:pPr>
              <w:spacing w:after="0"/>
              <w:jc w:val="center"/>
            </w:pPr>
            <w:r>
              <w:rPr>
                <w:sz w:val="20"/>
              </w:rPr>
              <w:t>[       ]</w:t>
            </w:r>
          </w:p>
        </w:tc>
      </w:tr>
      <w:tr w:rsidR="007B4EBC" w14:paraId="1F02E4F6" w14:textId="77777777">
        <w:trPr>
          <w:jc w:val="center"/>
        </w:trPr>
        <w:tc>
          <w:tcPr>
            <w:tcW w:w="864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8DB61FC" w14:textId="77777777" w:rsidR="007B4EBC" w:rsidRDefault="00000000">
            <w:pPr>
              <w:spacing w:after="0"/>
              <w:jc w:val="center"/>
            </w:pPr>
            <w:r>
              <w:rPr>
                <w:sz w:val="20"/>
              </w:rPr>
              <w:lastRenderedPageBreak/>
              <w:t>5</w:t>
            </w:r>
          </w:p>
        </w:tc>
        <w:tc>
          <w:tcPr>
            <w:tcW w:w="6768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34ACD1F" w14:textId="7E0251A5" w:rsidR="007B4EBC" w:rsidRPr="00EB2720" w:rsidRDefault="00000000">
            <w:pPr>
              <w:spacing w:after="0"/>
              <w:rPr>
                <w:lang w:val="de-CH"/>
              </w:rPr>
            </w:pPr>
            <w:r w:rsidRPr="00EB2720">
              <w:rPr>
                <w:sz w:val="20"/>
                <w:lang w:val="de-CH"/>
              </w:rPr>
              <w:t xml:space="preserve">Unsere </w:t>
            </w:r>
            <w:proofErr w:type="spellStart"/>
            <w:r w:rsidRPr="00EB2720">
              <w:rPr>
                <w:sz w:val="20"/>
                <w:lang w:val="de-CH"/>
              </w:rPr>
              <w:t>M&amp;A</w:t>
            </w:r>
            <w:r w:rsidR="00B0313E" w:rsidRPr="00B0313E">
              <w:rPr>
                <w:sz w:val="20"/>
                <w:highlight w:val="yellow"/>
                <w:lang w:val="de-CH"/>
              </w:rPr>
              <w:fldChar w:fldCharType="begin"/>
            </w:r>
            <w:r w:rsidR="00B0313E" w:rsidRPr="00B0313E">
              <w:rPr>
                <w:sz w:val="20"/>
                <w:highlight w:val="yellow"/>
                <w:lang w:val="de-CH"/>
              </w:rPr>
              <w:instrText xml:space="preserve"> MACROBUTTON NoMacro ???</w:instrText>
            </w:r>
            <w:r w:rsidR="00B0313E" w:rsidRPr="00B0313E">
              <w:rPr>
                <w:sz w:val="20"/>
                <w:highlight w:val="yellow"/>
                <w:lang w:val="de-CH"/>
              </w:rPr>
              <w:fldChar w:fldCharType="separate"/>
            </w:r>
            <w:r w:rsidR="00B0313E" w:rsidRPr="00B0313E">
              <w:rPr>
                <w:sz w:val="20"/>
                <w:highlight w:val="yellow"/>
                <w:lang w:val="de-CH"/>
              </w:rPr>
              <w:fldChar w:fldCharType="end"/>
            </w:r>
            <w:r w:rsidRPr="00EB2720">
              <w:rPr>
                <w:sz w:val="20"/>
                <w:lang w:val="de-CH"/>
              </w:rPr>
              <w:t>Beratung</w:t>
            </w:r>
            <w:proofErr w:type="spellEnd"/>
            <w:r w:rsidRPr="00EB2720">
              <w:rPr>
                <w:sz w:val="20"/>
                <w:lang w:val="de-CH"/>
              </w:rPr>
              <w:t xml:space="preserve"> bietet umfassende Dienstleistungen für Start</w:t>
            </w:r>
            <w:r w:rsidR="00B0313E" w:rsidRPr="00B0313E">
              <w:rPr>
                <w:sz w:val="20"/>
                <w:highlight w:val="yellow"/>
                <w:lang w:val="de-CH"/>
              </w:rPr>
              <w:fldChar w:fldCharType="begin"/>
            </w:r>
            <w:r w:rsidR="00B0313E" w:rsidRPr="00B0313E">
              <w:rPr>
                <w:sz w:val="20"/>
                <w:highlight w:val="yellow"/>
                <w:lang w:val="de-CH"/>
              </w:rPr>
              <w:instrText xml:space="preserve"> MACROBUTTON NoMacro ???</w:instrText>
            </w:r>
            <w:r w:rsidR="00B0313E" w:rsidRPr="00B0313E">
              <w:rPr>
                <w:sz w:val="20"/>
                <w:highlight w:val="yellow"/>
                <w:lang w:val="de-CH"/>
              </w:rPr>
              <w:fldChar w:fldCharType="separate"/>
            </w:r>
            <w:r w:rsidR="00B0313E" w:rsidRPr="00B0313E">
              <w:rPr>
                <w:sz w:val="20"/>
                <w:highlight w:val="yellow"/>
                <w:lang w:val="de-CH"/>
              </w:rPr>
              <w:fldChar w:fldCharType="end"/>
            </w:r>
            <w:r w:rsidRPr="00EB2720">
              <w:rPr>
                <w:sz w:val="20"/>
                <w:lang w:val="de-CH"/>
              </w:rPr>
              <w:t>ups.</w:t>
            </w:r>
          </w:p>
        </w:tc>
        <w:tc>
          <w:tcPr>
            <w:tcW w:w="1728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7AC1086" w14:textId="77777777" w:rsidR="007B4EBC" w:rsidRDefault="00000000">
            <w:pPr>
              <w:spacing w:after="0"/>
              <w:jc w:val="center"/>
            </w:pPr>
            <w:r>
              <w:rPr>
                <w:sz w:val="20"/>
              </w:rPr>
              <w:t>[       ]</w:t>
            </w:r>
          </w:p>
        </w:tc>
      </w:tr>
      <w:tr w:rsidR="007B4EBC" w14:paraId="5FA8F0A6" w14:textId="77777777">
        <w:trPr>
          <w:jc w:val="center"/>
        </w:trPr>
        <w:tc>
          <w:tcPr>
            <w:tcW w:w="864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D1663A5" w14:textId="77777777" w:rsidR="007B4EBC" w:rsidRDefault="00000000">
            <w:pPr>
              <w:spacing w:after="0"/>
              <w:jc w:val="center"/>
            </w:pPr>
            <w:r>
              <w:rPr>
                <w:sz w:val="20"/>
              </w:rPr>
              <w:t>6</w:t>
            </w:r>
          </w:p>
        </w:tc>
        <w:tc>
          <w:tcPr>
            <w:tcW w:w="6768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EF98635" w14:textId="012EF2E9" w:rsidR="007B4EBC" w:rsidRPr="00EB2720" w:rsidRDefault="00000000">
            <w:pPr>
              <w:spacing w:after="0"/>
              <w:rPr>
                <w:lang w:val="de-CH"/>
              </w:rPr>
            </w:pPr>
            <w:r w:rsidRPr="00EB2720">
              <w:rPr>
                <w:sz w:val="20"/>
                <w:lang w:val="de-CH"/>
              </w:rPr>
              <w:t xml:space="preserve">Das Seminar findet am </w:t>
            </w:r>
            <w:proofErr w:type="spellStart"/>
            <w:r w:rsidRPr="00EB2720">
              <w:rPr>
                <w:sz w:val="20"/>
                <w:lang w:val="de-CH"/>
              </w:rPr>
              <w:t>Montag</w:t>
            </w:r>
            <w:r w:rsidR="00B0313E" w:rsidRPr="00B0313E">
              <w:rPr>
                <w:sz w:val="20"/>
                <w:highlight w:val="yellow"/>
                <w:lang w:val="de-CH"/>
              </w:rPr>
              <w:fldChar w:fldCharType="begin"/>
            </w:r>
            <w:r w:rsidR="00B0313E" w:rsidRPr="00B0313E">
              <w:rPr>
                <w:sz w:val="20"/>
                <w:highlight w:val="yellow"/>
                <w:lang w:val="de-CH"/>
              </w:rPr>
              <w:instrText xml:space="preserve"> MACROBUTTON NoMacro ???</w:instrText>
            </w:r>
            <w:r w:rsidR="00B0313E" w:rsidRPr="00B0313E">
              <w:rPr>
                <w:sz w:val="20"/>
                <w:highlight w:val="yellow"/>
                <w:lang w:val="de-CH"/>
              </w:rPr>
              <w:fldChar w:fldCharType="separate"/>
            </w:r>
            <w:r w:rsidR="00B0313E" w:rsidRPr="00B0313E">
              <w:rPr>
                <w:sz w:val="20"/>
                <w:highlight w:val="yellow"/>
                <w:lang w:val="de-CH"/>
              </w:rPr>
              <w:fldChar w:fldCharType="end"/>
            </w:r>
            <w:r w:rsidRPr="00EB2720">
              <w:rPr>
                <w:sz w:val="20"/>
                <w:lang w:val="de-CH"/>
              </w:rPr>
              <w:t>oder</w:t>
            </w:r>
            <w:proofErr w:type="spellEnd"/>
            <w:r w:rsidRPr="00EB2720">
              <w:rPr>
                <w:sz w:val="20"/>
                <w:lang w:val="de-CH"/>
              </w:rPr>
              <w:t xml:space="preserve"> Dienstag statt.</w:t>
            </w:r>
          </w:p>
        </w:tc>
        <w:tc>
          <w:tcPr>
            <w:tcW w:w="1728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59E9437" w14:textId="77777777" w:rsidR="007B4EBC" w:rsidRDefault="00000000">
            <w:pPr>
              <w:spacing w:after="0"/>
              <w:jc w:val="center"/>
            </w:pPr>
            <w:r>
              <w:rPr>
                <w:sz w:val="20"/>
              </w:rPr>
              <w:t>[       ]</w:t>
            </w:r>
          </w:p>
        </w:tc>
      </w:tr>
      <w:tr w:rsidR="007B4EBC" w14:paraId="72D77400" w14:textId="77777777">
        <w:trPr>
          <w:jc w:val="center"/>
        </w:trPr>
        <w:tc>
          <w:tcPr>
            <w:tcW w:w="864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F24F515" w14:textId="77777777" w:rsidR="007B4EBC" w:rsidRDefault="00000000">
            <w:pPr>
              <w:spacing w:after="0"/>
              <w:jc w:val="center"/>
            </w:pPr>
            <w:r>
              <w:rPr>
                <w:sz w:val="20"/>
              </w:rPr>
              <w:t>7</w:t>
            </w:r>
          </w:p>
        </w:tc>
        <w:tc>
          <w:tcPr>
            <w:tcW w:w="6768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7DB0C3B" w14:textId="7DC77EBE" w:rsidR="007B4EBC" w:rsidRPr="00EB2720" w:rsidRDefault="00000000">
            <w:pPr>
              <w:spacing w:after="0"/>
              <w:rPr>
                <w:lang w:val="de-CH"/>
              </w:rPr>
            </w:pPr>
            <w:r w:rsidRPr="00EB2720">
              <w:rPr>
                <w:sz w:val="20"/>
                <w:lang w:val="de-CH"/>
              </w:rPr>
              <w:t xml:space="preserve">Ganz </w:t>
            </w:r>
            <w:proofErr w:type="spellStart"/>
            <w:r w:rsidRPr="00EB2720">
              <w:rPr>
                <w:sz w:val="20"/>
                <w:lang w:val="de-CH"/>
              </w:rPr>
              <w:t>ehrlich</w:t>
            </w:r>
            <w:r w:rsidR="00B0313E" w:rsidRPr="00B0313E">
              <w:rPr>
                <w:sz w:val="20"/>
                <w:highlight w:val="yellow"/>
                <w:lang w:val="de-CH"/>
              </w:rPr>
              <w:fldChar w:fldCharType="begin"/>
            </w:r>
            <w:r w:rsidR="00B0313E" w:rsidRPr="00B0313E">
              <w:rPr>
                <w:sz w:val="20"/>
                <w:highlight w:val="yellow"/>
                <w:lang w:val="de-CH"/>
              </w:rPr>
              <w:instrText xml:space="preserve"> MACROBUTTON NoMacro ???</w:instrText>
            </w:r>
            <w:r w:rsidR="00B0313E" w:rsidRPr="00B0313E">
              <w:rPr>
                <w:sz w:val="20"/>
                <w:highlight w:val="yellow"/>
                <w:lang w:val="de-CH"/>
              </w:rPr>
              <w:fldChar w:fldCharType="separate"/>
            </w:r>
            <w:r w:rsidR="00B0313E" w:rsidRPr="00B0313E">
              <w:rPr>
                <w:sz w:val="20"/>
                <w:highlight w:val="yellow"/>
                <w:lang w:val="de-CH"/>
              </w:rPr>
              <w:fldChar w:fldCharType="end"/>
            </w:r>
            <w:r w:rsidRPr="00EB2720">
              <w:rPr>
                <w:sz w:val="20"/>
                <w:lang w:val="de-CH"/>
              </w:rPr>
              <w:t>damit</w:t>
            </w:r>
            <w:proofErr w:type="spellEnd"/>
            <w:r w:rsidRPr="00EB2720">
              <w:rPr>
                <w:sz w:val="20"/>
                <w:lang w:val="de-CH"/>
              </w:rPr>
              <w:t xml:space="preserve"> hätte wohl niemand im Team gerechnet.</w:t>
            </w:r>
          </w:p>
        </w:tc>
        <w:tc>
          <w:tcPr>
            <w:tcW w:w="1728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97118F7" w14:textId="77777777" w:rsidR="007B4EBC" w:rsidRDefault="00000000">
            <w:pPr>
              <w:spacing w:after="0"/>
              <w:jc w:val="center"/>
            </w:pPr>
            <w:r>
              <w:rPr>
                <w:sz w:val="20"/>
              </w:rPr>
              <w:t>[       ]</w:t>
            </w:r>
          </w:p>
        </w:tc>
      </w:tr>
      <w:tr w:rsidR="007B4EBC" w14:paraId="0DD7175E" w14:textId="77777777">
        <w:trPr>
          <w:jc w:val="center"/>
        </w:trPr>
        <w:tc>
          <w:tcPr>
            <w:tcW w:w="864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E8A0DA6" w14:textId="77777777" w:rsidR="007B4EBC" w:rsidRDefault="00000000">
            <w:pPr>
              <w:spacing w:after="0"/>
              <w:jc w:val="center"/>
            </w:pPr>
            <w:r>
              <w:rPr>
                <w:sz w:val="20"/>
              </w:rPr>
              <w:t>8</w:t>
            </w:r>
          </w:p>
        </w:tc>
        <w:tc>
          <w:tcPr>
            <w:tcW w:w="6768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3A77A4" w14:textId="01298AD2" w:rsidR="007B4EBC" w:rsidRPr="00EB2720" w:rsidRDefault="00000000">
            <w:pPr>
              <w:spacing w:after="0"/>
              <w:rPr>
                <w:lang w:val="de-CH"/>
              </w:rPr>
            </w:pPr>
            <w:r w:rsidRPr="00EB2720">
              <w:rPr>
                <w:sz w:val="20"/>
                <w:lang w:val="de-CH"/>
              </w:rPr>
              <w:t>Wir bieten An</w:t>
            </w:r>
            <w:r w:rsidR="00B0313E" w:rsidRPr="00B0313E">
              <w:rPr>
                <w:sz w:val="20"/>
                <w:highlight w:val="yellow"/>
                <w:lang w:val="de-CH"/>
              </w:rPr>
              <w:fldChar w:fldCharType="begin"/>
            </w:r>
            <w:r w:rsidR="00B0313E" w:rsidRPr="00B0313E">
              <w:rPr>
                <w:sz w:val="20"/>
                <w:highlight w:val="yellow"/>
                <w:lang w:val="de-CH"/>
              </w:rPr>
              <w:instrText xml:space="preserve"> MACROBUTTON NoMacro ???</w:instrText>
            </w:r>
            <w:r w:rsidR="00B0313E" w:rsidRPr="00B0313E">
              <w:rPr>
                <w:sz w:val="20"/>
                <w:highlight w:val="yellow"/>
                <w:lang w:val="de-CH"/>
              </w:rPr>
              <w:fldChar w:fldCharType="separate"/>
            </w:r>
            <w:r w:rsidR="00B0313E" w:rsidRPr="00B0313E">
              <w:rPr>
                <w:sz w:val="20"/>
                <w:highlight w:val="yellow"/>
                <w:lang w:val="de-CH"/>
              </w:rPr>
              <w:fldChar w:fldCharType="end"/>
            </w:r>
            <w:r w:rsidRPr="00EB2720">
              <w:rPr>
                <w:sz w:val="20"/>
                <w:lang w:val="de-CH"/>
              </w:rPr>
              <w:t>und Verkauf von Gebrauchtwaren an.</w:t>
            </w:r>
          </w:p>
        </w:tc>
        <w:tc>
          <w:tcPr>
            <w:tcW w:w="1728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B0C9C5A" w14:textId="77777777" w:rsidR="007B4EBC" w:rsidRDefault="00000000">
            <w:pPr>
              <w:spacing w:after="0"/>
              <w:jc w:val="center"/>
            </w:pPr>
            <w:r>
              <w:rPr>
                <w:sz w:val="20"/>
              </w:rPr>
              <w:t>[       ]</w:t>
            </w:r>
          </w:p>
        </w:tc>
      </w:tr>
      <w:tr w:rsidR="007B4EBC" w14:paraId="0F2C6021" w14:textId="77777777">
        <w:trPr>
          <w:jc w:val="center"/>
        </w:trPr>
        <w:tc>
          <w:tcPr>
            <w:tcW w:w="864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FA82F7E" w14:textId="77777777" w:rsidR="007B4EBC" w:rsidRDefault="00000000">
            <w:pPr>
              <w:spacing w:after="0"/>
              <w:jc w:val="center"/>
            </w:pPr>
            <w:r>
              <w:rPr>
                <w:sz w:val="20"/>
              </w:rPr>
              <w:t>9</w:t>
            </w:r>
          </w:p>
        </w:tc>
        <w:tc>
          <w:tcPr>
            <w:tcW w:w="6768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232AD0B" w14:textId="386923DB" w:rsidR="007B4EBC" w:rsidRPr="00EB2720" w:rsidRDefault="00000000">
            <w:pPr>
              <w:spacing w:after="0"/>
              <w:rPr>
                <w:lang w:val="de-CH"/>
              </w:rPr>
            </w:pPr>
            <w:r w:rsidRPr="00EB2720">
              <w:rPr>
                <w:sz w:val="20"/>
                <w:lang w:val="de-CH"/>
              </w:rPr>
              <w:t>In den Jahren 2020</w:t>
            </w:r>
            <w:r w:rsidR="00B0313E" w:rsidRPr="00B0313E">
              <w:rPr>
                <w:sz w:val="20"/>
                <w:highlight w:val="yellow"/>
                <w:lang w:val="de-CH"/>
              </w:rPr>
              <w:fldChar w:fldCharType="begin"/>
            </w:r>
            <w:r w:rsidR="00B0313E" w:rsidRPr="00B0313E">
              <w:rPr>
                <w:sz w:val="20"/>
                <w:highlight w:val="yellow"/>
                <w:lang w:val="de-CH"/>
              </w:rPr>
              <w:instrText xml:space="preserve"> MACROBUTTON NoMacro ???</w:instrText>
            </w:r>
            <w:r w:rsidR="00B0313E" w:rsidRPr="00B0313E">
              <w:rPr>
                <w:sz w:val="20"/>
                <w:highlight w:val="yellow"/>
                <w:lang w:val="de-CH"/>
              </w:rPr>
              <w:fldChar w:fldCharType="separate"/>
            </w:r>
            <w:r w:rsidR="00B0313E" w:rsidRPr="00B0313E">
              <w:rPr>
                <w:sz w:val="20"/>
                <w:highlight w:val="yellow"/>
                <w:lang w:val="de-CH"/>
              </w:rPr>
              <w:fldChar w:fldCharType="end"/>
            </w:r>
            <w:r w:rsidRPr="00EB2720">
              <w:rPr>
                <w:sz w:val="20"/>
                <w:lang w:val="de-CH"/>
              </w:rPr>
              <w:t>2024 stieg der Umsatz kontinuierlich.</w:t>
            </w:r>
          </w:p>
        </w:tc>
        <w:tc>
          <w:tcPr>
            <w:tcW w:w="1728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D2568A5" w14:textId="77777777" w:rsidR="007B4EBC" w:rsidRDefault="00000000">
            <w:pPr>
              <w:spacing w:after="0"/>
              <w:jc w:val="center"/>
            </w:pPr>
            <w:r>
              <w:rPr>
                <w:sz w:val="20"/>
              </w:rPr>
              <w:t>[       ]</w:t>
            </w:r>
          </w:p>
        </w:tc>
      </w:tr>
      <w:tr w:rsidR="007B4EBC" w14:paraId="79E98061" w14:textId="77777777">
        <w:trPr>
          <w:jc w:val="center"/>
        </w:trPr>
        <w:tc>
          <w:tcPr>
            <w:tcW w:w="864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47091D4" w14:textId="77777777" w:rsidR="007B4EBC" w:rsidRDefault="00000000">
            <w:pPr>
              <w:spacing w:after="0"/>
              <w:jc w:val="center"/>
            </w:pPr>
            <w:r>
              <w:rPr>
                <w:sz w:val="20"/>
              </w:rPr>
              <w:t>10</w:t>
            </w:r>
          </w:p>
        </w:tc>
        <w:tc>
          <w:tcPr>
            <w:tcW w:w="6768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D974290" w14:textId="0D35AB0D" w:rsidR="007B4EBC" w:rsidRPr="00EB2720" w:rsidRDefault="00000000">
            <w:pPr>
              <w:spacing w:after="0"/>
              <w:rPr>
                <w:lang w:val="de-CH"/>
              </w:rPr>
            </w:pPr>
            <w:r w:rsidRPr="00EB2720">
              <w:rPr>
                <w:sz w:val="20"/>
                <w:lang w:val="de-CH"/>
              </w:rPr>
              <w:t>Die Schulung dauert ca. 2</w:t>
            </w:r>
            <w:r w:rsidR="00B0313E" w:rsidRPr="00B0313E">
              <w:rPr>
                <w:sz w:val="20"/>
                <w:highlight w:val="yellow"/>
                <w:lang w:val="de-CH"/>
              </w:rPr>
              <w:fldChar w:fldCharType="begin"/>
            </w:r>
            <w:r w:rsidR="00B0313E" w:rsidRPr="00B0313E">
              <w:rPr>
                <w:sz w:val="20"/>
                <w:highlight w:val="yellow"/>
                <w:lang w:val="de-CH"/>
              </w:rPr>
              <w:instrText xml:space="preserve"> MACROBUTTON NoMacro ???</w:instrText>
            </w:r>
            <w:r w:rsidR="00B0313E" w:rsidRPr="00B0313E">
              <w:rPr>
                <w:sz w:val="20"/>
                <w:highlight w:val="yellow"/>
                <w:lang w:val="de-CH"/>
              </w:rPr>
              <w:fldChar w:fldCharType="separate"/>
            </w:r>
            <w:r w:rsidR="00B0313E" w:rsidRPr="00B0313E">
              <w:rPr>
                <w:sz w:val="20"/>
                <w:highlight w:val="yellow"/>
                <w:lang w:val="de-CH"/>
              </w:rPr>
              <w:fldChar w:fldCharType="end"/>
            </w:r>
            <w:r w:rsidRPr="00EB2720">
              <w:rPr>
                <w:sz w:val="20"/>
                <w:lang w:val="de-CH"/>
              </w:rPr>
              <w:t>3 Stunden.</w:t>
            </w:r>
          </w:p>
        </w:tc>
        <w:tc>
          <w:tcPr>
            <w:tcW w:w="1728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EE17245" w14:textId="77777777" w:rsidR="007B4EBC" w:rsidRDefault="00000000">
            <w:pPr>
              <w:spacing w:after="0"/>
              <w:jc w:val="center"/>
            </w:pPr>
            <w:r>
              <w:rPr>
                <w:sz w:val="20"/>
              </w:rPr>
              <w:t>[       ]</w:t>
            </w:r>
          </w:p>
        </w:tc>
      </w:tr>
    </w:tbl>
    <w:p w14:paraId="0DEEF5BD" w14:textId="77777777" w:rsidR="007B4EBC" w:rsidRPr="00EB2720" w:rsidRDefault="00000000" w:rsidP="00B0313E">
      <w:pPr>
        <w:pStyle w:val="berschrift1"/>
        <w:rPr>
          <w:lang w:val="de-CH"/>
        </w:rPr>
      </w:pPr>
      <w:r w:rsidRPr="00EB2720">
        <w:rPr>
          <w:lang w:val="de-CH"/>
        </w:rPr>
        <w:t>Teil 3: Text-Korrektur (Schweizer Briefkorrespondenz)</w:t>
      </w:r>
    </w:p>
    <w:p w14:paraId="235607BD" w14:textId="77777777" w:rsidR="007B4EBC" w:rsidRPr="00EB2720" w:rsidRDefault="00000000">
      <w:pPr>
        <w:spacing w:after="160"/>
        <w:rPr>
          <w:lang w:val="de-CH"/>
        </w:rPr>
      </w:pPr>
      <w:r w:rsidRPr="00EB2720">
        <w:rPr>
          <w:i/>
          <w:sz w:val="20"/>
          <w:lang w:val="de-CH"/>
        </w:rPr>
        <w:t>Im folgenden Briefabschnitt wurden alle Striche falsch oder uneinheitlich gesetzt. Markieren Sie die Fehler und schreiben Sie den Text typografisch einwandfrei darunter.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360"/>
      </w:tblGrid>
      <w:tr w:rsidR="007B4EBC" w:rsidRPr="00B0313E" w14:paraId="0BF54D7C" w14:textId="77777777">
        <w:trPr>
          <w:jc w:val="center"/>
        </w:trPr>
        <w:tc>
          <w:tcPr>
            <w:tcW w:w="9360" w:type="dxa"/>
            <w:tcBorders>
              <w:left w:val="single" w:sz="18" w:space="0" w:color="E53E3E"/>
            </w:tcBorders>
            <w:shd w:val="clear" w:color="auto" w:fill="FFF5F5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6739A5A" w14:textId="312C8622" w:rsidR="007B4EBC" w:rsidRPr="00B0313E" w:rsidRDefault="00000000">
            <w:pPr>
              <w:spacing w:after="0"/>
              <w:rPr>
                <w:rFonts w:asciiTheme="minorHAnsi" w:hAnsiTheme="minorHAnsi"/>
                <w:lang w:val="de-CH"/>
              </w:rPr>
            </w:pPr>
            <w:proofErr w:type="gramStart"/>
            <w:r w:rsidRPr="00B0313E">
              <w:rPr>
                <w:rFonts w:asciiTheme="minorHAnsi" w:hAnsiTheme="minorHAnsi"/>
                <w:sz w:val="20"/>
                <w:lang w:val="de-CH"/>
              </w:rPr>
              <w:t>Sehr geehrte Damen und Herren</w:t>
            </w:r>
            <w:proofErr w:type="gramEnd"/>
            <w:r w:rsidRPr="00B0313E">
              <w:rPr>
                <w:rFonts w:asciiTheme="minorHAnsi" w:hAnsiTheme="minorHAnsi"/>
                <w:sz w:val="20"/>
                <w:lang w:val="de-CH"/>
              </w:rPr>
              <w:br/>
            </w:r>
            <w:r w:rsidRPr="00B0313E">
              <w:rPr>
                <w:rFonts w:asciiTheme="minorHAnsi" w:hAnsiTheme="minorHAnsi"/>
                <w:sz w:val="20"/>
                <w:lang w:val="de-CH"/>
              </w:rPr>
              <w:br/>
              <w:t>Wir bestätigen Ihre Reservation für das Seminar - Führungskompetenz - vom 15.-17.</w:t>
            </w:r>
            <w:r w:rsidR="00B0313E">
              <w:rPr>
                <w:rFonts w:asciiTheme="minorHAnsi" w:hAnsiTheme="minorHAnsi"/>
                <w:sz w:val="20"/>
                <w:lang w:val="de-CH"/>
              </w:rPr>
              <w:t> </w:t>
            </w:r>
            <w:r w:rsidRPr="00B0313E">
              <w:rPr>
                <w:rFonts w:asciiTheme="minorHAnsi" w:hAnsiTheme="minorHAnsi"/>
                <w:sz w:val="20"/>
                <w:lang w:val="de-CH"/>
              </w:rPr>
              <w:t>November. Die Anreise für die Teilnehmer aus der Strecke Basel - Zürich erfolgt individuell. Die Kosten belaufen sich auf CHF</w:t>
            </w:r>
            <w:r w:rsidR="00B0313E">
              <w:rPr>
                <w:rFonts w:asciiTheme="minorHAnsi" w:hAnsiTheme="minorHAnsi"/>
                <w:sz w:val="20"/>
                <w:lang w:val="de-CH"/>
              </w:rPr>
              <w:t> </w:t>
            </w:r>
            <w:r w:rsidRPr="00B0313E">
              <w:rPr>
                <w:rFonts w:asciiTheme="minorHAnsi" w:hAnsiTheme="minorHAnsi"/>
                <w:sz w:val="20"/>
                <w:lang w:val="de-CH"/>
              </w:rPr>
              <w:t>450.- pro Person (inkl. -An und Abreise). Bei Fragen stehen wir Ihnen unter der Telefon-Nummer 044</w:t>
            </w:r>
            <w:r w:rsidR="00B0313E">
              <w:rPr>
                <w:rFonts w:asciiTheme="minorHAnsi" w:hAnsiTheme="minorHAnsi"/>
                <w:sz w:val="20"/>
                <w:lang w:val="de-CH"/>
              </w:rPr>
              <w:t> </w:t>
            </w:r>
            <w:r w:rsidRPr="00B0313E">
              <w:rPr>
                <w:rFonts w:asciiTheme="minorHAnsi" w:hAnsiTheme="minorHAnsi"/>
                <w:sz w:val="20"/>
                <w:lang w:val="de-CH"/>
              </w:rPr>
              <w:t>123</w:t>
            </w:r>
            <w:r w:rsidR="00B0313E">
              <w:rPr>
                <w:rFonts w:asciiTheme="minorHAnsi" w:hAnsiTheme="minorHAnsi"/>
                <w:sz w:val="20"/>
                <w:lang w:val="de-CH"/>
              </w:rPr>
              <w:t> </w:t>
            </w:r>
            <w:r w:rsidRPr="00B0313E">
              <w:rPr>
                <w:rFonts w:asciiTheme="minorHAnsi" w:hAnsiTheme="minorHAnsi"/>
                <w:sz w:val="20"/>
                <w:lang w:val="de-CH"/>
              </w:rPr>
              <w:t>45</w:t>
            </w:r>
            <w:r w:rsidR="00B0313E">
              <w:rPr>
                <w:rFonts w:asciiTheme="minorHAnsi" w:hAnsiTheme="minorHAnsi"/>
                <w:sz w:val="20"/>
                <w:lang w:val="de-CH"/>
              </w:rPr>
              <w:t> </w:t>
            </w:r>
            <w:r w:rsidRPr="00B0313E">
              <w:rPr>
                <w:rFonts w:asciiTheme="minorHAnsi" w:hAnsiTheme="minorHAnsi"/>
                <w:sz w:val="20"/>
                <w:lang w:val="de-CH"/>
              </w:rPr>
              <w:t>67 gerne zur Verfügung.</w:t>
            </w:r>
            <w:r w:rsidRPr="00B0313E">
              <w:rPr>
                <w:rFonts w:asciiTheme="minorHAnsi" w:hAnsiTheme="minorHAnsi"/>
                <w:sz w:val="20"/>
                <w:lang w:val="de-CH"/>
              </w:rPr>
              <w:br/>
            </w:r>
            <w:r w:rsidRPr="00B0313E">
              <w:rPr>
                <w:rFonts w:asciiTheme="minorHAnsi" w:hAnsiTheme="minorHAnsi"/>
                <w:sz w:val="20"/>
                <w:lang w:val="de-CH"/>
              </w:rPr>
              <w:br/>
              <w:t>Mit freundlichen Grüssen</w:t>
            </w:r>
          </w:p>
        </w:tc>
      </w:tr>
    </w:tbl>
    <w:p w14:paraId="5CAA38E8" w14:textId="77777777" w:rsidR="007B4EBC" w:rsidRDefault="00000000">
      <w:pPr>
        <w:spacing w:before="200" w:after="80"/>
        <w:rPr>
          <w:b/>
          <w:lang w:val="de-CH"/>
        </w:rPr>
      </w:pPr>
      <w:r w:rsidRPr="00067DB3">
        <w:rPr>
          <w:b/>
          <w:lang w:val="de-CH"/>
        </w:rPr>
        <w:t>Ihre korrigierte Fassung:</w:t>
      </w:r>
    </w:p>
    <w:tbl>
      <w:tblPr>
        <w:tblW w:w="0" w:type="auto"/>
        <w:jc w:val="center"/>
        <w:tblBorders>
          <w:left w:val="single" w:sz="18" w:space="0" w:color="00B0F0"/>
        </w:tblBorders>
        <w:shd w:val="clear" w:color="auto" w:fill="F3F9FB"/>
        <w:tblLook w:val="04A0" w:firstRow="1" w:lastRow="0" w:firstColumn="1" w:lastColumn="0" w:noHBand="0" w:noVBand="1"/>
      </w:tblPr>
      <w:tblGrid>
        <w:gridCol w:w="9360"/>
      </w:tblGrid>
      <w:tr w:rsidR="00067DB3" w:rsidRPr="00B0313E" w14:paraId="4C7B14AB" w14:textId="77777777" w:rsidTr="00067DB3">
        <w:trPr>
          <w:jc w:val="center"/>
        </w:trPr>
        <w:tc>
          <w:tcPr>
            <w:tcW w:w="9360" w:type="dxa"/>
            <w:shd w:val="clear" w:color="auto" w:fill="F3F9FB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0035FB2" w14:textId="77777777" w:rsidR="00067DB3" w:rsidRPr="00B0313E" w:rsidRDefault="00067DB3" w:rsidP="00354C14">
            <w:pPr>
              <w:spacing w:after="0"/>
              <w:rPr>
                <w:rFonts w:asciiTheme="minorHAnsi" w:hAnsiTheme="minorHAnsi"/>
                <w:lang w:val="de-CH"/>
              </w:rPr>
            </w:pPr>
            <w:proofErr w:type="gramStart"/>
            <w:r w:rsidRPr="00B0313E">
              <w:rPr>
                <w:rFonts w:asciiTheme="minorHAnsi" w:hAnsiTheme="minorHAnsi"/>
                <w:sz w:val="20"/>
                <w:lang w:val="de-CH"/>
              </w:rPr>
              <w:t>Sehr geehrte Damen und Herren</w:t>
            </w:r>
            <w:proofErr w:type="gramEnd"/>
            <w:r w:rsidRPr="00B0313E">
              <w:rPr>
                <w:rFonts w:asciiTheme="minorHAnsi" w:hAnsiTheme="minorHAnsi"/>
                <w:sz w:val="20"/>
                <w:lang w:val="de-CH"/>
              </w:rPr>
              <w:br/>
            </w:r>
            <w:r w:rsidRPr="00B0313E">
              <w:rPr>
                <w:rFonts w:asciiTheme="minorHAnsi" w:hAnsiTheme="minorHAnsi"/>
                <w:sz w:val="20"/>
                <w:lang w:val="de-CH"/>
              </w:rPr>
              <w:br/>
              <w:t>Wir bestätigen Ihre Reservation für das Seminar - Führungskompetenz - vom 15.-17.</w:t>
            </w:r>
            <w:r>
              <w:rPr>
                <w:rFonts w:asciiTheme="minorHAnsi" w:hAnsiTheme="minorHAnsi"/>
                <w:sz w:val="20"/>
                <w:lang w:val="de-CH"/>
              </w:rPr>
              <w:t> </w:t>
            </w:r>
            <w:r w:rsidRPr="00B0313E">
              <w:rPr>
                <w:rFonts w:asciiTheme="minorHAnsi" w:hAnsiTheme="minorHAnsi"/>
                <w:sz w:val="20"/>
                <w:lang w:val="de-CH"/>
              </w:rPr>
              <w:t>November. Die Anreise für die Teilnehmer aus der Strecke Basel - Zürich erfolgt individuell. Die Kosten belaufen sich auf CHF</w:t>
            </w:r>
            <w:r>
              <w:rPr>
                <w:rFonts w:asciiTheme="minorHAnsi" w:hAnsiTheme="minorHAnsi"/>
                <w:sz w:val="20"/>
                <w:lang w:val="de-CH"/>
              </w:rPr>
              <w:t> </w:t>
            </w:r>
            <w:r w:rsidRPr="00B0313E">
              <w:rPr>
                <w:rFonts w:asciiTheme="minorHAnsi" w:hAnsiTheme="minorHAnsi"/>
                <w:sz w:val="20"/>
                <w:lang w:val="de-CH"/>
              </w:rPr>
              <w:t>450.- pro Person (inkl. -An und Abreise). Bei Fragen stehen wir Ihnen unter der Telefon-Nummer 044</w:t>
            </w:r>
            <w:r>
              <w:rPr>
                <w:rFonts w:asciiTheme="minorHAnsi" w:hAnsiTheme="minorHAnsi"/>
                <w:sz w:val="20"/>
                <w:lang w:val="de-CH"/>
              </w:rPr>
              <w:t> </w:t>
            </w:r>
            <w:r w:rsidRPr="00B0313E">
              <w:rPr>
                <w:rFonts w:asciiTheme="minorHAnsi" w:hAnsiTheme="minorHAnsi"/>
                <w:sz w:val="20"/>
                <w:lang w:val="de-CH"/>
              </w:rPr>
              <w:t>123</w:t>
            </w:r>
            <w:r>
              <w:rPr>
                <w:rFonts w:asciiTheme="minorHAnsi" w:hAnsiTheme="minorHAnsi"/>
                <w:sz w:val="20"/>
                <w:lang w:val="de-CH"/>
              </w:rPr>
              <w:t> </w:t>
            </w:r>
            <w:r w:rsidRPr="00B0313E">
              <w:rPr>
                <w:rFonts w:asciiTheme="minorHAnsi" w:hAnsiTheme="minorHAnsi"/>
                <w:sz w:val="20"/>
                <w:lang w:val="de-CH"/>
              </w:rPr>
              <w:t>45</w:t>
            </w:r>
            <w:r>
              <w:rPr>
                <w:rFonts w:asciiTheme="minorHAnsi" w:hAnsiTheme="minorHAnsi"/>
                <w:sz w:val="20"/>
                <w:lang w:val="de-CH"/>
              </w:rPr>
              <w:t> </w:t>
            </w:r>
            <w:r w:rsidRPr="00B0313E">
              <w:rPr>
                <w:rFonts w:asciiTheme="minorHAnsi" w:hAnsiTheme="minorHAnsi"/>
                <w:sz w:val="20"/>
                <w:lang w:val="de-CH"/>
              </w:rPr>
              <w:t>67 gerne zur Verfügung.</w:t>
            </w:r>
            <w:r w:rsidRPr="00B0313E">
              <w:rPr>
                <w:rFonts w:asciiTheme="minorHAnsi" w:hAnsiTheme="minorHAnsi"/>
                <w:sz w:val="20"/>
                <w:lang w:val="de-CH"/>
              </w:rPr>
              <w:br/>
            </w:r>
            <w:r w:rsidRPr="00B0313E">
              <w:rPr>
                <w:rFonts w:asciiTheme="minorHAnsi" w:hAnsiTheme="minorHAnsi"/>
                <w:sz w:val="20"/>
                <w:lang w:val="de-CH"/>
              </w:rPr>
              <w:br/>
              <w:t>Mit freundlichen Grüssen</w:t>
            </w:r>
          </w:p>
        </w:tc>
      </w:tr>
    </w:tbl>
    <w:p w14:paraId="5EFC21FD" w14:textId="77777777" w:rsidR="00334B46" w:rsidRDefault="00334B46" w:rsidP="00334B46"/>
    <w:p w14:paraId="5D4CA982" w14:textId="77777777" w:rsidR="00334B46" w:rsidRDefault="00334B46">
      <w:pPr>
        <w:rPr>
          <w:rFonts w:asciiTheme="majorHAnsi" w:eastAsiaTheme="majorEastAsia" w:hAnsiTheme="majorHAnsi" w:cstheme="majorBidi"/>
          <w:color w:val="17365D" w:themeColor="text2" w:themeShade="BF"/>
          <w:spacing w:val="5"/>
          <w:kern w:val="28"/>
          <w:sz w:val="40"/>
          <w:szCs w:val="40"/>
          <w:lang w:val="de-CH"/>
        </w:rPr>
      </w:pPr>
      <w:r>
        <w:br w:type="page"/>
      </w:r>
    </w:p>
    <w:p w14:paraId="3BBF03C6" w14:textId="09B0C39A" w:rsidR="00334B46" w:rsidRPr="00B0313E" w:rsidRDefault="00334B46" w:rsidP="00334B46">
      <w:pPr>
        <w:pStyle w:val="Titel"/>
      </w:pPr>
      <w:r w:rsidRPr="00B0313E">
        <w:lastRenderedPageBreak/>
        <w:t>Lösungsblatt</w:t>
      </w:r>
    </w:p>
    <w:p w14:paraId="2A008D1C" w14:textId="77777777" w:rsidR="00334B46" w:rsidRDefault="00334B46" w:rsidP="00334B46">
      <w:pPr>
        <w:pStyle w:val="berschrift1"/>
      </w:pPr>
      <w:proofErr w:type="spellStart"/>
      <w:r>
        <w:t>Lösungen</w:t>
      </w:r>
      <w:proofErr w:type="spellEnd"/>
      <w:r>
        <w:t xml:space="preserve"> Teil 1: </w:t>
      </w:r>
      <w:proofErr w:type="spellStart"/>
      <w:r>
        <w:t>Theorie</w:t>
      </w:r>
      <w:proofErr w:type="spellEnd"/>
    </w:p>
    <w:p w14:paraId="72323E44" w14:textId="77777777" w:rsidR="00334B46" w:rsidRPr="00EB2720" w:rsidRDefault="00334B46" w:rsidP="00334B46">
      <w:pPr>
        <w:rPr>
          <w:lang w:val="de-CH"/>
        </w:rPr>
      </w:pPr>
      <w:r w:rsidRPr="00EB2720">
        <w:rPr>
          <w:sz w:val="20"/>
          <w:lang w:val="de-CH"/>
        </w:rPr>
        <w:t xml:space="preserve">1. Halbgeviertstrich (Gedankenstrich) </w:t>
      </w:r>
      <w:r w:rsidRPr="00B0313E">
        <w:rPr>
          <w:sz w:val="20"/>
          <w:lang w:val="de-CH"/>
        </w:rPr>
        <w:sym w:font="Wingdings" w:char="F0E0"/>
      </w:r>
      <w:r w:rsidRPr="00EB2720">
        <w:rPr>
          <w:sz w:val="20"/>
          <w:lang w:val="de-CH"/>
        </w:rPr>
        <w:t xml:space="preserve"> CHF 120.–</w:t>
      </w:r>
      <w:r w:rsidRPr="00EB2720">
        <w:rPr>
          <w:sz w:val="20"/>
          <w:lang w:val="de-CH"/>
        </w:rPr>
        <w:br/>
        <w:t xml:space="preserve">2. Mit Halbgeviertstrich ohne Leerzeichen davor und danach </w:t>
      </w:r>
      <w:r w:rsidRPr="00B0313E">
        <w:rPr>
          <w:sz w:val="20"/>
          <w:lang w:val="de-CH"/>
        </w:rPr>
        <w:sym w:font="Wingdings" w:char="F0E0"/>
      </w:r>
      <w:r w:rsidRPr="00EB2720">
        <w:rPr>
          <w:sz w:val="20"/>
          <w:lang w:val="de-CH"/>
        </w:rPr>
        <w:t xml:space="preserve"> Genf–Lausanne</w:t>
      </w:r>
    </w:p>
    <w:p w14:paraId="0C8BA168" w14:textId="77777777" w:rsidR="00334B46" w:rsidRDefault="00334B46" w:rsidP="00334B46">
      <w:pPr>
        <w:pStyle w:val="berschrift2"/>
      </w:pPr>
      <w:proofErr w:type="spellStart"/>
      <w:r>
        <w:t>Lösungen</w:t>
      </w:r>
      <w:proofErr w:type="spellEnd"/>
      <w:r>
        <w:t xml:space="preserve"> Teil 2: </w:t>
      </w:r>
      <w:proofErr w:type="spellStart"/>
      <w:r>
        <w:t>Einsetzübung</w:t>
      </w:r>
      <w:proofErr w:type="spellEnd"/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ayout w:type="fixed"/>
        <w:tblLook w:val="04A0" w:firstRow="1" w:lastRow="0" w:firstColumn="1" w:lastColumn="0" w:noHBand="0" w:noVBand="1"/>
      </w:tblPr>
      <w:tblGrid>
        <w:gridCol w:w="864"/>
        <w:gridCol w:w="4501"/>
        <w:gridCol w:w="3995"/>
      </w:tblGrid>
      <w:tr w:rsidR="00334B46" w14:paraId="37AA8734" w14:textId="77777777" w:rsidTr="000932ED">
        <w:trPr>
          <w:jc w:val="center"/>
        </w:trPr>
        <w:tc>
          <w:tcPr>
            <w:tcW w:w="864" w:type="dxa"/>
            <w:shd w:val="clear" w:color="auto" w:fill="2B6CB0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3BBB911" w14:textId="77777777" w:rsidR="00334B46" w:rsidRDefault="00334B46" w:rsidP="000932ED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Nr.</w:t>
            </w:r>
          </w:p>
        </w:tc>
        <w:tc>
          <w:tcPr>
            <w:tcW w:w="4501" w:type="dxa"/>
            <w:shd w:val="clear" w:color="auto" w:fill="2B6CB0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3B7BA69" w14:textId="77777777" w:rsidR="00334B46" w:rsidRDefault="00334B46" w:rsidP="000932ED">
            <w:pPr>
              <w:spacing w:after="0"/>
            </w:pPr>
            <w:proofErr w:type="spellStart"/>
            <w:r>
              <w:rPr>
                <w:b/>
                <w:color w:val="FFFFFF"/>
                <w:sz w:val="18"/>
              </w:rPr>
              <w:t>Korrekte</w:t>
            </w:r>
            <w:proofErr w:type="spellEnd"/>
            <w:r>
              <w:rPr>
                <w:b/>
                <w:color w:val="FFFFFF"/>
                <w:sz w:val="18"/>
              </w:rPr>
              <w:t xml:space="preserve"> </w:t>
            </w:r>
            <w:proofErr w:type="spellStart"/>
            <w:r>
              <w:rPr>
                <w:b/>
                <w:color w:val="FFFFFF"/>
                <w:sz w:val="18"/>
              </w:rPr>
              <w:t>Schreibweise</w:t>
            </w:r>
            <w:proofErr w:type="spellEnd"/>
          </w:p>
        </w:tc>
        <w:tc>
          <w:tcPr>
            <w:tcW w:w="3995" w:type="dxa"/>
            <w:shd w:val="clear" w:color="auto" w:fill="2B6CB0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A7723F0" w14:textId="77777777" w:rsidR="00334B46" w:rsidRDefault="00334B46" w:rsidP="000932ED">
            <w:pPr>
              <w:spacing w:after="0"/>
              <w:jc w:val="center"/>
            </w:pPr>
            <w:proofErr w:type="spellStart"/>
            <w:r>
              <w:rPr>
                <w:b/>
                <w:color w:val="FFFFFF"/>
                <w:sz w:val="18"/>
              </w:rPr>
              <w:t>Strichart</w:t>
            </w:r>
            <w:proofErr w:type="spellEnd"/>
          </w:p>
        </w:tc>
      </w:tr>
      <w:tr w:rsidR="00334B46" w14:paraId="12BEEC5B" w14:textId="77777777" w:rsidTr="000932ED">
        <w:trPr>
          <w:jc w:val="center"/>
        </w:trPr>
        <w:tc>
          <w:tcPr>
            <w:tcW w:w="864" w:type="dxa"/>
            <w:shd w:val="clear" w:color="auto" w:fill="F7FAF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411A7A4" w14:textId="77777777" w:rsidR="00334B46" w:rsidRDefault="00334B46" w:rsidP="000932ED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4501" w:type="dxa"/>
            <w:shd w:val="clear" w:color="auto" w:fill="F7FAF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58F892" w14:textId="77777777" w:rsidR="00334B46" w:rsidRDefault="00334B46" w:rsidP="000932ED">
            <w:r>
              <w:rPr>
                <w:sz w:val="18"/>
              </w:rPr>
              <w:t>A-</w:t>
            </w:r>
            <w:proofErr w:type="spellStart"/>
            <w:r>
              <w:rPr>
                <w:sz w:val="18"/>
              </w:rPr>
              <w:t>Kassenschalter</w:t>
            </w:r>
            <w:proofErr w:type="spellEnd"/>
          </w:p>
        </w:tc>
        <w:tc>
          <w:tcPr>
            <w:tcW w:w="3995" w:type="dxa"/>
            <w:shd w:val="clear" w:color="auto" w:fill="F7FAF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444E981" w14:textId="77777777" w:rsidR="00334B46" w:rsidRDefault="00334B46" w:rsidP="000932ED">
            <w:proofErr w:type="spellStart"/>
            <w:r>
              <w:rPr>
                <w:sz w:val="17"/>
              </w:rPr>
              <w:t>Viertelgeviert</w:t>
            </w:r>
            <w:proofErr w:type="spellEnd"/>
            <w:r>
              <w:rPr>
                <w:sz w:val="17"/>
              </w:rPr>
              <w:t xml:space="preserve"> (Divis / </w:t>
            </w:r>
            <w:proofErr w:type="spellStart"/>
            <w:r>
              <w:rPr>
                <w:sz w:val="17"/>
              </w:rPr>
              <w:t>Ergänzung</w:t>
            </w:r>
            <w:proofErr w:type="spellEnd"/>
            <w:r>
              <w:rPr>
                <w:sz w:val="17"/>
              </w:rPr>
              <w:t>)</w:t>
            </w:r>
          </w:p>
        </w:tc>
      </w:tr>
      <w:tr w:rsidR="00334B46" w:rsidRPr="00334B46" w14:paraId="6A81590C" w14:textId="77777777" w:rsidTr="000932ED">
        <w:trPr>
          <w:jc w:val="center"/>
        </w:trPr>
        <w:tc>
          <w:tcPr>
            <w:tcW w:w="864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7E2784" w14:textId="77777777" w:rsidR="00334B46" w:rsidRDefault="00334B46" w:rsidP="000932ED">
            <w:pPr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w="4501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FBEBF3C" w14:textId="77777777" w:rsidR="00334B46" w:rsidRDefault="00334B46" w:rsidP="000932ED">
            <w:r>
              <w:rPr>
                <w:sz w:val="18"/>
              </w:rPr>
              <w:t>08.00–12.00 Uhr</w:t>
            </w:r>
          </w:p>
        </w:tc>
        <w:tc>
          <w:tcPr>
            <w:tcW w:w="3995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3BB10D3" w14:textId="77777777" w:rsidR="00334B46" w:rsidRPr="00EB2720" w:rsidRDefault="00334B46" w:rsidP="000932ED">
            <w:pPr>
              <w:rPr>
                <w:lang w:val="de-CH"/>
              </w:rPr>
            </w:pPr>
            <w:r w:rsidRPr="00EB2720">
              <w:rPr>
                <w:sz w:val="17"/>
                <w:lang w:val="de-CH"/>
              </w:rPr>
              <w:t>Halbgeviert (Bis-Strich, ohne Leerz.)</w:t>
            </w:r>
          </w:p>
        </w:tc>
      </w:tr>
      <w:tr w:rsidR="00334B46" w:rsidRPr="00334B46" w14:paraId="6FAADBDA" w14:textId="77777777" w:rsidTr="000932ED">
        <w:trPr>
          <w:jc w:val="center"/>
        </w:trPr>
        <w:tc>
          <w:tcPr>
            <w:tcW w:w="864" w:type="dxa"/>
            <w:shd w:val="clear" w:color="auto" w:fill="F7FAF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421EDC" w14:textId="77777777" w:rsidR="00334B46" w:rsidRDefault="00334B46" w:rsidP="000932ED">
            <w:pPr>
              <w:jc w:val="center"/>
            </w:pPr>
            <w:r>
              <w:rPr>
                <w:sz w:val="18"/>
              </w:rPr>
              <w:t>3</w:t>
            </w:r>
          </w:p>
        </w:tc>
        <w:tc>
          <w:tcPr>
            <w:tcW w:w="4501" w:type="dxa"/>
            <w:shd w:val="clear" w:color="auto" w:fill="F7FAF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6A6E7A4" w14:textId="77777777" w:rsidR="00334B46" w:rsidRDefault="00334B46" w:rsidP="000932ED">
            <w:r>
              <w:rPr>
                <w:sz w:val="18"/>
              </w:rPr>
              <w:t xml:space="preserve">CHF </w:t>
            </w:r>
            <w:proofErr w:type="gramStart"/>
            <w:r>
              <w:rPr>
                <w:sz w:val="18"/>
              </w:rPr>
              <w:t>250.–</w:t>
            </w:r>
            <w:proofErr w:type="gramEnd"/>
          </w:p>
        </w:tc>
        <w:tc>
          <w:tcPr>
            <w:tcW w:w="3995" w:type="dxa"/>
            <w:shd w:val="clear" w:color="auto" w:fill="F7FAF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C115305" w14:textId="77777777" w:rsidR="00334B46" w:rsidRPr="00EB2720" w:rsidRDefault="00334B46" w:rsidP="000932ED">
            <w:pPr>
              <w:rPr>
                <w:lang w:val="de-CH"/>
              </w:rPr>
            </w:pPr>
            <w:r w:rsidRPr="00EB2720">
              <w:rPr>
                <w:sz w:val="17"/>
                <w:lang w:val="de-CH"/>
              </w:rPr>
              <w:t>Halbgeviert (Franken-Strich mit Punkt)</w:t>
            </w:r>
          </w:p>
        </w:tc>
      </w:tr>
      <w:tr w:rsidR="00334B46" w14:paraId="022F9D40" w14:textId="77777777" w:rsidTr="000932ED">
        <w:trPr>
          <w:jc w:val="center"/>
        </w:trPr>
        <w:tc>
          <w:tcPr>
            <w:tcW w:w="864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C12FE9" w14:textId="77777777" w:rsidR="00334B46" w:rsidRDefault="00334B46" w:rsidP="000932ED">
            <w:pPr>
              <w:jc w:val="center"/>
            </w:pPr>
            <w:r>
              <w:rPr>
                <w:sz w:val="18"/>
              </w:rPr>
              <w:t>4</w:t>
            </w:r>
          </w:p>
        </w:tc>
        <w:tc>
          <w:tcPr>
            <w:tcW w:w="4501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657BEE7" w14:textId="77777777" w:rsidR="00334B46" w:rsidRDefault="00334B46" w:rsidP="000932ED">
            <w:r>
              <w:rPr>
                <w:sz w:val="18"/>
              </w:rPr>
              <w:t>Chur–Zürich</w:t>
            </w:r>
          </w:p>
        </w:tc>
        <w:tc>
          <w:tcPr>
            <w:tcW w:w="3995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F43AC24" w14:textId="77777777" w:rsidR="00334B46" w:rsidRDefault="00334B46" w:rsidP="000932ED">
            <w:proofErr w:type="spellStart"/>
            <w:r>
              <w:rPr>
                <w:sz w:val="17"/>
              </w:rPr>
              <w:t>Halbgeviert</w:t>
            </w:r>
            <w:proofErr w:type="spellEnd"/>
            <w:r>
              <w:rPr>
                <w:sz w:val="17"/>
              </w:rPr>
              <w:t xml:space="preserve"> (</w:t>
            </w:r>
            <w:proofErr w:type="spellStart"/>
            <w:r>
              <w:rPr>
                <w:sz w:val="17"/>
              </w:rPr>
              <w:t>Streckenstrich</w:t>
            </w:r>
            <w:proofErr w:type="spellEnd"/>
            <w:r>
              <w:rPr>
                <w:sz w:val="17"/>
              </w:rPr>
              <w:t xml:space="preserve">, </w:t>
            </w:r>
            <w:proofErr w:type="spellStart"/>
            <w:r>
              <w:rPr>
                <w:sz w:val="17"/>
              </w:rPr>
              <w:t>ohne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Leerz</w:t>
            </w:r>
            <w:proofErr w:type="spellEnd"/>
            <w:r>
              <w:rPr>
                <w:sz w:val="17"/>
              </w:rPr>
              <w:t>.)</w:t>
            </w:r>
          </w:p>
        </w:tc>
      </w:tr>
      <w:tr w:rsidR="00334B46" w14:paraId="3B05C7BB" w14:textId="77777777" w:rsidTr="000932ED">
        <w:trPr>
          <w:jc w:val="center"/>
        </w:trPr>
        <w:tc>
          <w:tcPr>
            <w:tcW w:w="864" w:type="dxa"/>
            <w:shd w:val="clear" w:color="auto" w:fill="F7FAF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7B04E41" w14:textId="77777777" w:rsidR="00334B46" w:rsidRDefault="00334B46" w:rsidP="000932ED">
            <w:pPr>
              <w:jc w:val="center"/>
            </w:pPr>
            <w:r>
              <w:rPr>
                <w:sz w:val="18"/>
              </w:rPr>
              <w:t>5</w:t>
            </w:r>
          </w:p>
        </w:tc>
        <w:tc>
          <w:tcPr>
            <w:tcW w:w="4501" w:type="dxa"/>
            <w:shd w:val="clear" w:color="auto" w:fill="F7FAF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B701AF" w14:textId="77777777" w:rsidR="00334B46" w:rsidRDefault="00334B46" w:rsidP="000932ED">
            <w:r>
              <w:rPr>
                <w:sz w:val="18"/>
              </w:rPr>
              <w:t>M&amp;A-</w:t>
            </w:r>
            <w:proofErr w:type="spellStart"/>
            <w:r>
              <w:rPr>
                <w:sz w:val="18"/>
              </w:rPr>
              <w:t>Beratung</w:t>
            </w:r>
            <w:proofErr w:type="spellEnd"/>
            <w:r>
              <w:rPr>
                <w:sz w:val="18"/>
              </w:rPr>
              <w:t xml:space="preserve"> / Start-ups</w:t>
            </w:r>
          </w:p>
        </w:tc>
        <w:tc>
          <w:tcPr>
            <w:tcW w:w="3995" w:type="dxa"/>
            <w:shd w:val="clear" w:color="auto" w:fill="F7FAF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4C880E6" w14:textId="77777777" w:rsidR="00334B46" w:rsidRDefault="00334B46" w:rsidP="000932ED">
            <w:proofErr w:type="spellStart"/>
            <w:r>
              <w:rPr>
                <w:sz w:val="17"/>
              </w:rPr>
              <w:t>Viertelgeviert</w:t>
            </w:r>
            <w:proofErr w:type="spellEnd"/>
            <w:r>
              <w:rPr>
                <w:sz w:val="17"/>
              </w:rPr>
              <w:t xml:space="preserve"> (</w:t>
            </w:r>
            <w:proofErr w:type="spellStart"/>
            <w:r>
              <w:rPr>
                <w:sz w:val="17"/>
              </w:rPr>
              <w:t>Kopplung</w:t>
            </w:r>
            <w:proofErr w:type="spellEnd"/>
            <w:r>
              <w:rPr>
                <w:sz w:val="17"/>
              </w:rPr>
              <w:t xml:space="preserve"> / </w:t>
            </w:r>
            <w:proofErr w:type="spellStart"/>
            <w:r>
              <w:rPr>
                <w:sz w:val="17"/>
              </w:rPr>
              <w:t>Bindestrich</w:t>
            </w:r>
            <w:proofErr w:type="spellEnd"/>
            <w:r>
              <w:rPr>
                <w:sz w:val="17"/>
              </w:rPr>
              <w:t>)</w:t>
            </w:r>
          </w:p>
        </w:tc>
      </w:tr>
      <w:tr w:rsidR="00334B46" w14:paraId="27675E8E" w14:textId="77777777" w:rsidTr="000932ED">
        <w:trPr>
          <w:jc w:val="center"/>
        </w:trPr>
        <w:tc>
          <w:tcPr>
            <w:tcW w:w="864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7CC120B" w14:textId="77777777" w:rsidR="00334B46" w:rsidRDefault="00334B46" w:rsidP="000932ED">
            <w:pPr>
              <w:jc w:val="center"/>
            </w:pPr>
            <w:r>
              <w:rPr>
                <w:sz w:val="18"/>
              </w:rPr>
              <w:t>6</w:t>
            </w:r>
          </w:p>
        </w:tc>
        <w:tc>
          <w:tcPr>
            <w:tcW w:w="4501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DD2A48" w14:textId="77777777" w:rsidR="00334B46" w:rsidRDefault="00334B46" w:rsidP="000932ED">
            <w:r>
              <w:rPr>
                <w:sz w:val="18"/>
              </w:rPr>
              <w:t xml:space="preserve">Montag – </w:t>
            </w:r>
            <w:proofErr w:type="spellStart"/>
            <w:r>
              <w:rPr>
                <w:sz w:val="18"/>
              </w:rPr>
              <w:t>oder</w:t>
            </w:r>
            <w:proofErr w:type="spellEnd"/>
            <w:r>
              <w:rPr>
                <w:sz w:val="18"/>
              </w:rPr>
              <w:t xml:space="preserve"> Dienstag</w:t>
            </w:r>
          </w:p>
        </w:tc>
        <w:tc>
          <w:tcPr>
            <w:tcW w:w="3995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ABD06B" w14:textId="77777777" w:rsidR="00334B46" w:rsidRDefault="00334B46" w:rsidP="000932ED">
            <w:proofErr w:type="spellStart"/>
            <w:r>
              <w:rPr>
                <w:sz w:val="17"/>
              </w:rPr>
              <w:t>Halbgeviert</w:t>
            </w:r>
            <w:proofErr w:type="spellEnd"/>
            <w:r>
              <w:rPr>
                <w:sz w:val="17"/>
              </w:rPr>
              <w:t xml:space="preserve"> (</w:t>
            </w:r>
            <w:proofErr w:type="spellStart"/>
            <w:r>
              <w:rPr>
                <w:sz w:val="17"/>
              </w:rPr>
              <w:t>Gedankenstrich</w:t>
            </w:r>
            <w:proofErr w:type="spellEnd"/>
            <w:r>
              <w:rPr>
                <w:sz w:val="17"/>
              </w:rPr>
              <w:t xml:space="preserve">, </w:t>
            </w:r>
            <w:proofErr w:type="spellStart"/>
            <w:r>
              <w:rPr>
                <w:sz w:val="17"/>
              </w:rPr>
              <w:t>mit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Leerz</w:t>
            </w:r>
            <w:proofErr w:type="spellEnd"/>
            <w:r>
              <w:rPr>
                <w:sz w:val="17"/>
              </w:rPr>
              <w:t>.)</w:t>
            </w:r>
          </w:p>
        </w:tc>
      </w:tr>
      <w:tr w:rsidR="00334B46" w14:paraId="35ADE106" w14:textId="77777777" w:rsidTr="000932ED">
        <w:trPr>
          <w:jc w:val="center"/>
        </w:trPr>
        <w:tc>
          <w:tcPr>
            <w:tcW w:w="864" w:type="dxa"/>
            <w:shd w:val="clear" w:color="auto" w:fill="F7FAF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3A34494" w14:textId="77777777" w:rsidR="00334B46" w:rsidRDefault="00334B46" w:rsidP="000932ED">
            <w:pPr>
              <w:jc w:val="center"/>
            </w:pPr>
            <w:r>
              <w:rPr>
                <w:sz w:val="18"/>
              </w:rPr>
              <w:t>7</w:t>
            </w:r>
          </w:p>
        </w:tc>
        <w:tc>
          <w:tcPr>
            <w:tcW w:w="4501" w:type="dxa"/>
            <w:shd w:val="clear" w:color="auto" w:fill="F7FAF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8AB72F" w14:textId="77777777" w:rsidR="00334B46" w:rsidRPr="00B0313E" w:rsidRDefault="00334B46" w:rsidP="000932ED">
            <w:pPr>
              <w:rPr>
                <w:lang w:val="de-CH"/>
              </w:rPr>
            </w:pPr>
            <w:r w:rsidRPr="00B0313E">
              <w:rPr>
                <w:sz w:val="18"/>
                <w:lang w:val="de-CH"/>
              </w:rPr>
              <w:t>Ganz ehrlich – damit hätte wohl niemand im Team gerechnet.</w:t>
            </w:r>
          </w:p>
        </w:tc>
        <w:tc>
          <w:tcPr>
            <w:tcW w:w="3995" w:type="dxa"/>
            <w:shd w:val="clear" w:color="auto" w:fill="F7FAF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9A2629D" w14:textId="77777777" w:rsidR="00334B46" w:rsidRDefault="00334B46" w:rsidP="000932ED">
            <w:proofErr w:type="spellStart"/>
            <w:r>
              <w:rPr>
                <w:sz w:val="17"/>
              </w:rPr>
              <w:t>Halbgeviert</w:t>
            </w:r>
            <w:proofErr w:type="spellEnd"/>
            <w:r>
              <w:rPr>
                <w:sz w:val="17"/>
              </w:rPr>
              <w:t xml:space="preserve"> (</w:t>
            </w:r>
            <w:proofErr w:type="spellStart"/>
            <w:r>
              <w:rPr>
                <w:sz w:val="17"/>
              </w:rPr>
              <w:t>Gedankenstrich</w:t>
            </w:r>
            <w:proofErr w:type="spellEnd"/>
            <w:r>
              <w:rPr>
                <w:sz w:val="17"/>
              </w:rPr>
              <w:t xml:space="preserve">, </w:t>
            </w:r>
            <w:proofErr w:type="spellStart"/>
            <w:r>
              <w:rPr>
                <w:sz w:val="17"/>
              </w:rPr>
              <w:t>mit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Leerz</w:t>
            </w:r>
            <w:proofErr w:type="spellEnd"/>
            <w:r>
              <w:rPr>
                <w:sz w:val="17"/>
              </w:rPr>
              <w:t>.)</w:t>
            </w:r>
          </w:p>
        </w:tc>
      </w:tr>
      <w:tr w:rsidR="00334B46" w14:paraId="508C0145" w14:textId="77777777" w:rsidTr="000932ED">
        <w:trPr>
          <w:jc w:val="center"/>
        </w:trPr>
        <w:tc>
          <w:tcPr>
            <w:tcW w:w="864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A9E81A9" w14:textId="77777777" w:rsidR="00334B46" w:rsidRDefault="00334B46" w:rsidP="000932ED">
            <w:pPr>
              <w:jc w:val="center"/>
            </w:pPr>
            <w:r>
              <w:rPr>
                <w:sz w:val="18"/>
              </w:rPr>
              <w:t>8</w:t>
            </w:r>
          </w:p>
        </w:tc>
        <w:tc>
          <w:tcPr>
            <w:tcW w:w="4501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DE13278" w14:textId="77777777" w:rsidR="00334B46" w:rsidRDefault="00334B46" w:rsidP="000932ED">
            <w:r>
              <w:rPr>
                <w:sz w:val="18"/>
              </w:rPr>
              <w:t xml:space="preserve">An- und </w:t>
            </w:r>
            <w:proofErr w:type="spellStart"/>
            <w:r>
              <w:rPr>
                <w:sz w:val="18"/>
              </w:rPr>
              <w:t>Verkauf</w:t>
            </w:r>
            <w:proofErr w:type="spellEnd"/>
          </w:p>
        </w:tc>
        <w:tc>
          <w:tcPr>
            <w:tcW w:w="3995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35A0C06" w14:textId="77777777" w:rsidR="00334B46" w:rsidRDefault="00334B46" w:rsidP="000932ED">
            <w:proofErr w:type="spellStart"/>
            <w:r>
              <w:rPr>
                <w:sz w:val="17"/>
              </w:rPr>
              <w:t>Viertelgeviert</w:t>
            </w:r>
            <w:proofErr w:type="spellEnd"/>
            <w:r>
              <w:rPr>
                <w:sz w:val="17"/>
              </w:rPr>
              <w:t xml:space="preserve"> (</w:t>
            </w:r>
            <w:proofErr w:type="spellStart"/>
            <w:r>
              <w:rPr>
                <w:sz w:val="17"/>
              </w:rPr>
              <w:t>Ergänzungsstrich</w:t>
            </w:r>
            <w:proofErr w:type="spellEnd"/>
            <w:r>
              <w:rPr>
                <w:sz w:val="17"/>
              </w:rPr>
              <w:t>)</w:t>
            </w:r>
          </w:p>
        </w:tc>
      </w:tr>
      <w:tr w:rsidR="00334B46" w:rsidRPr="00334B46" w14:paraId="7ED0DB0B" w14:textId="77777777" w:rsidTr="000932ED">
        <w:trPr>
          <w:jc w:val="center"/>
        </w:trPr>
        <w:tc>
          <w:tcPr>
            <w:tcW w:w="864" w:type="dxa"/>
            <w:shd w:val="clear" w:color="auto" w:fill="F7FAF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6198BA9" w14:textId="77777777" w:rsidR="00334B46" w:rsidRDefault="00334B46" w:rsidP="000932ED">
            <w:pPr>
              <w:jc w:val="center"/>
            </w:pPr>
            <w:r>
              <w:rPr>
                <w:sz w:val="18"/>
              </w:rPr>
              <w:t>9</w:t>
            </w:r>
          </w:p>
        </w:tc>
        <w:tc>
          <w:tcPr>
            <w:tcW w:w="4501" w:type="dxa"/>
            <w:shd w:val="clear" w:color="auto" w:fill="F7FAF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D0F92D5" w14:textId="77777777" w:rsidR="00334B46" w:rsidRDefault="00334B46" w:rsidP="000932ED">
            <w:r>
              <w:rPr>
                <w:sz w:val="18"/>
              </w:rPr>
              <w:t>2020–2024</w:t>
            </w:r>
          </w:p>
        </w:tc>
        <w:tc>
          <w:tcPr>
            <w:tcW w:w="3995" w:type="dxa"/>
            <w:shd w:val="clear" w:color="auto" w:fill="F7FAF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980D750" w14:textId="77777777" w:rsidR="00334B46" w:rsidRPr="00EB2720" w:rsidRDefault="00334B46" w:rsidP="000932ED">
            <w:pPr>
              <w:rPr>
                <w:lang w:val="de-CH"/>
              </w:rPr>
            </w:pPr>
            <w:r w:rsidRPr="00EB2720">
              <w:rPr>
                <w:sz w:val="17"/>
                <w:lang w:val="de-CH"/>
              </w:rPr>
              <w:t>Halbgeviert (Bis-Strich, ohne Leerz.)</w:t>
            </w:r>
          </w:p>
        </w:tc>
      </w:tr>
      <w:tr w:rsidR="00334B46" w:rsidRPr="00334B46" w14:paraId="1B438FA3" w14:textId="77777777" w:rsidTr="000932ED">
        <w:trPr>
          <w:jc w:val="center"/>
        </w:trPr>
        <w:tc>
          <w:tcPr>
            <w:tcW w:w="864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D704409" w14:textId="77777777" w:rsidR="00334B46" w:rsidRDefault="00334B46" w:rsidP="000932ED">
            <w:pPr>
              <w:jc w:val="center"/>
            </w:pPr>
            <w:r>
              <w:rPr>
                <w:sz w:val="18"/>
              </w:rPr>
              <w:t>10</w:t>
            </w:r>
          </w:p>
        </w:tc>
        <w:tc>
          <w:tcPr>
            <w:tcW w:w="4501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6EEDDAB" w14:textId="77777777" w:rsidR="00334B46" w:rsidRDefault="00334B46" w:rsidP="000932ED">
            <w:r>
              <w:rPr>
                <w:sz w:val="18"/>
              </w:rPr>
              <w:t xml:space="preserve">2–3 </w:t>
            </w:r>
            <w:proofErr w:type="spellStart"/>
            <w:r>
              <w:rPr>
                <w:sz w:val="18"/>
              </w:rPr>
              <w:t>Stunden</w:t>
            </w:r>
            <w:proofErr w:type="spellEnd"/>
          </w:p>
        </w:tc>
        <w:tc>
          <w:tcPr>
            <w:tcW w:w="3995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BABF23" w14:textId="77777777" w:rsidR="00334B46" w:rsidRPr="00EB2720" w:rsidRDefault="00334B46" w:rsidP="000932ED">
            <w:pPr>
              <w:rPr>
                <w:lang w:val="de-CH"/>
              </w:rPr>
            </w:pPr>
            <w:r w:rsidRPr="00EB2720">
              <w:rPr>
                <w:sz w:val="17"/>
                <w:lang w:val="de-CH"/>
              </w:rPr>
              <w:t>Halbgeviert (Bis-Strich, ohne Leerz.)</w:t>
            </w:r>
          </w:p>
        </w:tc>
      </w:tr>
    </w:tbl>
    <w:p w14:paraId="09EA259A" w14:textId="77777777" w:rsidR="00334B46" w:rsidRDefault="00334B46" w:rsidP="00334B46">
      <w:pPr>
        <w:spacing w:before="280" w:after="80"/>
      </w:pPr>
      <w:proofErr w:type="spellStart"/>
      <w:r>
        <w:rPr>
          <w:b/>
        </w:rPr>
        <w:t>Lösung</w:t>
      </w:r>
      <w:proofErr w:type="spellEnd"/>
      <w:r>
        <w:rPr>
          <w:b/>
        </w:rPr>
        <w:t xml:space="preserve"> Teil 3: </w:t>
      </w:r>
      <w:proofErr w:type="spellStart"/>
      <w:r>
        <w:rPr>
          <w:b/>
        </w:rPr>
        <w:t>Korrigierter</w:t>
      </w:r>
      <w:proofErr w:type="spellEnd"/>
      <w:r>
        <w:rPr>
          <w:b/>
        </w:rPr>
        <w:t xml:space="preserve"> Text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360"/>
      </w:tblGrid>
      <w:tr w:rsidR="00334B46" w:rsidRPr="00B0313E" w14:paraId="08F38BB8" w14:textId="77777777" w:rsidTr="000932ED">
        <w:trPr>
          <w:jc w:val="center"/>
        </w:trPr>
        <w:tc>
          <w:tcPr>
            <w:tcW w:w="9360" w:type="dxa"/>
            <w:tcBorders>
              <w:left w:val="single" w:sz="18" w:space="0" w:color="38A169"/>
            </w:tcBorders>
            <w:shd w:val="clear" w:color="auto" w:fill="F0FFF4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6B14010" w14:textId="77777777" w:rsidR="00334B46" w:rsidRPr="00B0313E" w:rsidRDefault="00334B46" w:rsidP="000932ED">
            <w:pPr>
              <w:spacing w:after="0"/>
              <w:rPr>
                <w:lang w:val="de-CH"/>
              </w:rPr>
            </w:pPr>
            <w:proofErr w:type="gramStart"/>
            <w:r w:rsidRPr="00EB2720">
              <w:rPr>
                <w:sz w:val="19"/>
                <w:lang w:val="de-CH"/>
              </w:rPr>
              <w:t>Sehr geehrte Damen und Herren</w:t>
            </w:r>
            <w:proofErr w:type="gramEnd"/>
            <w:r w:rsidRPr="00EB2720">
              <w:rPr>
                <w:sz w:val="19"/>
                <w:lang w:val="de-CH"/>
              </w:rPr>
              <w:br/>
            </w:r>
            <w:r w:rsidRPr="00EB2720">
              <w:rPr>
                <w:sz w:val="19"/>
                <w:lang w:val="de-CH"/>
              </w:rPr>
              <w:br/>
              <w:t>Wir bestätigen Ihre Reservation für das Seminar – Führungskompetenz – vom 15.–17.</w:t>
            </w:r>
            <w:r>
              <w:rPr>
                <w:sz w:val="19"/>
                <w:lang w:val="de-CH"/>
              </w:rPr>
              <w:t> </w:t>
            </w:r>
            <w:r w:rsidRPr="00EB2720">
              <w:rPr>
                <w:sz w:val="19"/>
                <w:lang w:val="de-CH"/>
              </w:rPr>
              <w:t>November. Die Anreise für die Teilnehmer aus der Strecke Basel–Zürich erfolgt individuell. Die Kosten belaufen sich auf CHF</w:t>
            </w:r>
            <w:r>
              <w:rPr>
                <w:sz w:val="19"/>
                <w:lang w:val="de-CH"/>
              </w:rPr>
              <w:t> </w:t>
            </w:r>
            <w:r w:rsidRPr="00EB2720">
              <w:rPr>
                <w:sz w:val="19"/>
                <w:lang w:val="de-CH"/>
              </w:rPr>
              <w:t>450.– pro Person (inkl. An- und Abreise). Bei Fragen stehen wir Ihnen unter der Telefonnummer 044</w:t>
            </w:r>
            <w:r>
              <w:rPr>
                <w:sz w:val="19"/>
                <w:lang w:val="de-CH"/>
              </w:rPr>
              <w:t> </w:t>
            </w:r>
            <w:r w:rsidRPr="00EB2720">
              <w:rPr>
                <w:sz w:val="19"/>
                <w:lang w:val="de-CH"/>
              </w:rPr>
              <w:t>123</w:t>
            </w:r>
            <w:r>
              <w:rPr>
                <w:sz w:val="19"/>
                <w:lang w:val="de-CH"/>
              </w:rPr>
              <w:t> </w:t>
            </w:r>
            <w:r w:rsidRPr="00EB2720">
              <w:rPr>
                <w:sz w:val="19"/>
                <w:lang w:val="de-CH"/>
              </w:rPr>
              <w:t>45</w:t>
            </w:r>
            <w:r>
              <w:rPr>
                <w:sz w:val="19"/>
                <w:lang w:val="de-CH"/>
              </w:rPr>
              <w:t> </w:t>
            </w:r>
            <w:r w:rsidRPr="00EB2720">
              <w:rPr>
                <w:sz w:val="19"/>
                <w:lang w:val="de-CH"/>
              </w:rPr>
              <w:t>67 gerne zur Verfügung.</w:t>
            </w:r>
            <w:r w:rsidRPr="00EB2720">
              <w:rPr>
                <w:sz w:val="19"/>
                <w:lang w:val="de-CH"/>
              </w:rPr>
              <w:br/>
            </w:r>
            <w:r w:rsidRPr="00EB2720">
              <w:rPr>
                <w:sz w:val="19"/>
                <w:lang w:val="de-CH"/>
              </w:rPr>
              <w:br/>
            </w:r>
            <w:r w:rsidRPr="00B0313E">
              <w:rPr>
                <w:sz w:val="19"/>
                <w:lang w:val="de-CH"/>
              </w:rPr>
              <w:t>Mit freundlichen Grüssen</w:t>
            </w:r>
          </w:p>
        </w:tc>
      </w:tr>
    </w:tbl>
    <w:p w14:paraId="15FBFC92" w14:textId="08CE11AF" w:rsidR="007B4EBC" w:rsidRDefault="007B4EBC"/>
    <w:sectPr w:rsidR="007B4EBC" w:rsidSect="00EB2720">
      <w:headerReference w:type="default" r:id="rId8"/>
      <w:footerReference w:type="default" r:id="rId9"/>
      <w:pgSz w:w="12240" w:h="15840"/>
      <w:pgMar w:top="1701" w:right="1134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BC623F" w14:textId="77777777" w:rsidR="00681782" w:rsidRDefault="00681782" w:rsidP="00AE1D2B">
      <w:pPr>
        <w:spacing w:after="0" w:line="240" w:lineRule="auto"/>
      </w:pPr>
      <w:r>
        <w:separator/>
      </w:r>
    </w:p>
  </w:endnote>
  <w:endnote w:type="continuationSeparator" w:id="0">
    <w:p w14:paraId="6F0773A7" w14:textId="77777777" w:rsidR="00681782" w:rsidRDefault="00681782" w:rsidP="00AE1D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45843F" w14:textId="371CFBE3" w:rsidR="00AE1D2B" w:rsidRPr="00AE1D2B" w:rsidRDefault="00AE1D2B" w:rsidP="00AE1D2B">
    <w:pPr>
      <w:pStyle w:val="Fuzeile"/>
      <w:jc w:val="center"/>
    </w:pPr>
    <w:r w:rsidRPr="00AE1D2B">
      <w:rPr>
        <w:bCs/>
      </w:rPr>
      <w:fldChar w:fldCharType="begin"/>
    </w:r>
    <w:r w:rsidRPr="00AE1D2B">
      <w:rPr>
        <w:bCs/>
      </w:rPr>
      <w:instrText>PAGE  \* Arabic  \* MERGEFORMAT</w:instrText>
    </w:r>
    <w:r w:rsidRPr="00AE1D2B">
      <w:rPr>
        <w:bCs/>
      </w:rPr>
      <w:fldChar w:fldCharType="separate"/>
    </w:r>
    <w:r w:rsidRPr="00AE1D2B">
      <w:rPr>
        <w:bCs/>
        <w:lang w:val="de-DE"/>
      </w:rPr>
      <w:t>1</w:t>
    </w:r>
    <w:r w:rsidRPr="00AE1D2B">
      <w:rPr>
        <w:bCs/>
      </w:rPr>
      <w:fldChar w:fldCharType="end"/>
    </w:r>
    <w:r w:rsidRPr="00AE1D2B">
      <w:rPr>
        <w:bCs/>
      </w:rPr>
      <w:t>/</w:t>
    </w:r>
    <w:r w:rsidRPr="00AE1D2B">
      <w:rPr>
        <w:bCs/>
      </w:rPr>
      <w:fldChar w:fldCharType="begin"/>
    </w:r>
    <w:r w:rsidRPr="00AE1D2B">
      <w:rPr>
        <w:bCs/>
      </w:rPr>
      <w:instrText>NUMPAGES  \* Arabic  \* MERGEFORMAT</w:instrText>
    </w:r>
    <w:r w:rsidRPr="00AE1D2B">
      <w:rPr>
        <w:bCs/>
      </w:rPr>
      <w:fldChar w:fldCharType="separate"/>
    </w:r>
    <w:r w:rsidRPr="00AE1D2B">
      <w:rPr>
        <w:bCs/>
        <w:lang w:val="de-DE"/>
      </w:rPr>
      <w:t>2</w:t>
    </w:r>
    <w:r w:rsidRPr="00AE1D2B">
      <w:rPr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E19E34" w14:textId="77777777" w:rsidR="00681782" w:rsidRDefault="00681782" w:rsidP="00AE1D2B">
      <w:pPr>
        <w:spacing w:after="0" w:line="240" w:lineRule="auto"/>
      </w:pPr>
      <w:r>
        <w:separator/>
      </w:r>
    </w:p>
  </w:footnote>
  <w:footnote w:type="continuationSeparator" w:id="0">
    <w:p w14:paraId="44173B4E" w14:textId="77777777" w:rsidR="00681782" w:rsidRDefault="00681782" w:rsidP="00AE1D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BBA455" w14:textId="5C108E1B" w:rsidR="00AE1D2B" w:rsidRDefault="00AE1D2B" w:rsidP="00AE1D2B">
    <w:pPr>
      <w:pStyle w:val="Kopfzeile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2288205" wp14:editId="097EE0EE">
          <wp:simplePos x="0" y="0"/>
          <wp:positionH relativeFrom="column">
            <wp:posOffset>5350850</wp:posOffset>
          </wp:positionH>
          <wp:positionV relativeFrom="paragraph">
            <wp:posOffset>-124140</wp:posOffset>
          </wp:positionV>
          <wp:extent cx="627942" cy="573074"/>
          <wp:effectExtent l="0" t="0" r="1270" b="0"/>
          <wp:wrapNone/>
          <wp:docPr id="1434789850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34789850" name="Grafik 143478985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27942" cy="57307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31569317">
    <w:abstractNumId w:val="8"/>
  </w:num>
  <w:num w:numId="2" w16cid:durableId="868223023">
    <w:abstractNumId w:val="6"/>
  </w:num>
  <w:num w:numId="3" w16cid:durableId="1026295426">
    <w:abstractNumId w:val="5"/>
  </w:num>
  <w:num w:numId="4" w16cid:durableId="439300148">
    <w:abstractNumId w:val="4"/>
  </w:num>
  <w:num w:numId="5" w16cid:durableId="1190949872">
    <w:abstractNumId w:val="7"/>
  </w:num>
  <w:num w:numId="6" w16cid:durableId="1529443800">
    <w:abstractNumId w:val="3"/>
  </w:num>
  <w:num w:numId="7" w16cid:durableId="1516380902">
    <w:abstractNumId w:val="2"/>
  </w:num>
  <w:num w:numId="8" w16cid:durableId="130252517">
    <w:abstractNumId w:val="1"/>
  </w:num>
  <w:num w:numId="9" w16cid:durableId="10046237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67DB3"/>
    <w:rsid w:val="0015074B"/>
    <w:rsid w:val="00191265"/>
    <w:rsid w:val="00206BFD"/>
    <w:rsid w:val="0029639D"/>
    <w:rsid w:val="00326F90"/>
    <w:rsid w:val="00334B46"/>
    <w:rsid w:val="00681782"/>
    <w:rsid w:val="00744F12"/>
    <w:rsid w:val="007B4EBC"/>
    <w:rsid w:val="008F02DF"/>
    <w:rsid w:val="00AA1D8D"/>
    <w:rsid w:val="00AE1D2B"/>
    <w:rsid w:val="00B0313E"/>
    <w:rsid w:val="00B47730"/>
    <w:rsid w:val="00B70C77"/>
    <w:rsid w:val="00CB0664"/>
    <w:rsid w:val="00EB2720"/>
    <w:rsid w:val="00F9719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58460C69"/>
  <w14:defaultImageDpi w14:val="300"/>
  <w15:docId w15:val="{4D93906F-0262-4C90-9BF8-B83DFE37B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67DB3"/>
    <w:rPr>
      <w:rFonts w:ascii="Calibri" w:hAnsi="Calibri"/>
      <w:color w:val="2D3748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B0313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40"/>
      <w:szCs w:val="40"/>
      <w:lang w:val="de-CH"/>
    </w:rPr>
  </w:style>
  <w:style w:type="character" w:customStyle="1" w:styleId="TitelZchn">
    <w:name w:val="Titel Zchn"/>
    <w:basedOn w:val="Absatz-Standardschriftart"/>
    <w:link w:val="Titel"/>
    <w:uiPriority w:val="10"/>
    <w:rsid w:val="00B0313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40"/>
      <w:szCs w:val="40"/>
      <w:lang w:val="de-CH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Platzhaltertext">
    <w:name w:val="Placeholder Text"/>
    <w:basedOn w:val="Absatz-Standardschriftart"/>
    <w:uiPriority w:val="99"/>
    <w:semiHidden/>
    <w:rsid w:val="00B0313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806a8f2b-28e4-44c4-ac01-7357a3a2b9e7}" enabled="1" method="Standard" siteId="{5daf41bd-338c-4311-b1b0-e1299889c34b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713</Words>
  <Characters>4220</Characters>
  <Application>Microsoft Office Word</Application>
  <DocSecurity>0</DocSecurity>
  <Lines>117</Lines>
  <Paragraphs>98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4835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juerg.lippuner@grabserberg.ch</dc:creator>
  <cp:keywords/>
  <dc:description>generated by python-docx</dc:description>
  <cp:lastModifiedBy>Lippuner Jürg BZBS</cp:lastModifiedBy>
  <cp:revision>2</cp:revision>
  <dcterms:created xsi:type="dcterms:W3CDTF">2026-08-21T17:06:00Z</dcterms:created>
  <dcterms:modified xsi:type="dcterms:W3CDTF">2026-08-21T17:06:00Z</dcterms:modified>
  <cp:category/>
</cp:coreProperties>
</file>