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4FE08" w14:textId="77777777" w:rsidR="007B4EBC" w:rsidRPr="00B0313E" w:rsidRDefault="00000000" w:rsidP="00B0313E">
      <w:pPr>
        <w:pStyle w:val="Titel"/>
      </w:pPr>
      <w:r w:rsidRPr="00B0313E">
        <w:t>Übung: Typografisch korrekte Striche in der Schweiz</w:t>
      </w:r>
    </w:p>
    <w:p w14:paraId="1EC23706" w14:textId="77777777" w:rsidR="007B4EBC" w:rsidRPr="00EB2720" w:rsidRDefault="00000000">
      <w:pPr>
        <w:spacing w:after="320"/>
        <w:rPr>
          <w:lang w:val="de-CH"/>
        </w:rPr>
      </w:pPr>
      <w:r w:rsidRPr="00EB2720">
        <w:rPr>
          <w:i/>
          <w:color w:val="2B6CB0"/>
          <w:lang w:val="de-CH"/>
        </w:rPr>
        <w:t>Viertelgeviert (Divis), Halbgeviert (Gedanken-/Streckenstrich) und Geviertstrich nach Schweizer Korrespondenzregeln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7B4EBC" w:rsidRPr="00B0313E" w14:paraId="64E99C09" w14:textId="77777777">
        <w:trPr>
          <w:jc w:val="center"/>
        </w:trPr>
        <w:tc>
          <w:tcPr>
            <w:tcW w:w="9360" w:type="dxa"/>
            <w:tcBorders>
              <w:left w:val="single" w:sz="24" w:space="0" w:color="1A365D"/>
            </w:tcBorders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50C2073" w14:textId="237AAF40" w:rsidR="007B4EBC" w:rsidRPr="00EB2720" w:rsidRDefault="00000000">
            <w:pPr>
              <w:spacing w:after="80"/>
              <w:rPr>
                <w:lang w:val="de-CH"/>
              </w:rPr>
            </w:pPr>
            <w:r w:rsidRPr="00EB2720">
              <w:rPr>
                <w:b/>
                <w:color w:val="1A365D"/>
                <w:sz w:val="21"/>
                <w:lang w:val="de-CH"/>
              </w:rPr>
              <w:t>Typografische Kurzübersicht (Schweizer Standard / Duden)</w:t>
            </w:r>
          </w:p>
          <w:p w14:paraId="5D4593BF" w14:textId="77777777" w:rsidR="007B4EBC" w:rsidRPr="00EB2720" w:rsidRDefault="00000000">
            <w:pPr>
              <w:spacing w:after="60"/>
              <w:ind w:left="144"/>
              <w:rPr>
                <w:lang w:val="de-CH"/>
              </w:rPr>
            </w:pPr>
            <w:r w:rsidRPr="00EB2720">
              <w:rPr>
                <w:b/>
                <w:sz w:val="19"/>
                <w:lang w:val="de-CH"/>
              </w:rPr>
              <w:t xml:space="preserve">• Viertelgeviert / Divis (-): </w:t>
            </w:r>
            <w:r w:rsidRPr="00EB2720">
              <w:rPr>
                <w:sz w:val="19"/>
                <w:lang w:val="de-CH"/>
              </w:rPr>
              <w:t>Binde- und Trennstrich (z. B. Mund-zu-Mund-Beatmung), Ergänzungsstrich (An- und Verkauf). Direkt am Wort, ohne Leerzeichen!</w:t>
            </w:r>
          </w:p>
          <w:p w14:paraId="5141FA86" w14:textId="77777777" w:rsidR="007B4EBC" w:rsidRPr="00EB2720" w:rsidRDefault="00000000">
            <w:pPr>
              <w:spacing w:after="60"/>
              <w:ind w:left="144"/>
              <w:rPr>
                <w:lang w:val="de-CH"/>
              </w:rPr>
            </w:pPr>
            <w:r w:rsidRPr="00EB2720">
              <w:rPr>
                <w:b/>
                <w:sz w:val="19"/>
                <w:lang w:val="de-CH"/>
              </w:rPr>
              <w:t xml:space="preserve">• Halbgeviertstrich (–): </w:t>
            </w:r>
            <w:r w:rsidRPr="00EB2720">
              <w:rPr>
                <w:sz w:val="19"/>
                <w:lang w:val="de-CH"/>
              </w:rPr>
              <w:t>Gedankenstrich (mit Leerzeichen – wie hier), Bis-Strich (10–12 Uhr, ohne Leerzeichen), Streckenstrich (Zürich–Bern, ohne Leerzeichen), Schweizer Franken (CHF 50.– mit Punkt und Halbgeviertstrich).</w:t>
            </w:r>
          </w:p>
          <w:p w14:paraId="6B34D559" w14:textId="2479153E" w:rsidR="007B4EBC" w:rsidRPr="00B0313E" w:rsidRDefault="00000000">
            <w:pPr>
              <w:spacing w:after="60"/>
              <w:ind w:left="144"/>
              <w:rPr>
                <w:lang w:val="de-CH"/>
              </w:rPr>
            </w:pPr>
            <w:r w:rsidRPr="00EB2720">
              <w:rPr>
                <w:b/>
                <w:sz w:val="19"/>
                <w:lang w:val="de-CH"/>
              </w:rPr>
              <w:t xml:space="preserve">• Geviertstrich (—): </w:t>
            </w:r>
            <w:r w:rsidRPr="00EB2720">
              <w:rPr>
                <w:sz w:val="19"/>
                <w:lang w:val="de-CH"/>
              </w:rPr>
              <w:t>Sehr selten, v.</w:t>
            </w:r>
            <w:r w:rsidR="00B0313E">
              <w:rPr>
                <w:sz w:val="19"/>
                <w:lang w:val="de-CH"/>
              </w:rPr>
              <w:t> </w:t>
            </w:r>
            <w:r w:rsidRPr="00EB2720">
              <w:rPr>
                <w:sz w:val="19"/>
                <w:lang w:val="de-CH"/>
              </w:rPr>
              <w:t>a. in Spezialtabellen</w:t>
            </w:r>
            <w:r w:rsidR="00B0313E">
              <w:rPr>
                <w:sz w:val="19"/>
                <w:lang w:val="de-CH"/>
              </w:rPr>
              <w:t xml:space="preserve"> (Nullersatzstrich in Tabellen)</w:t>
            </w:r>
            <w:r w:rsidRPr="00EB2720">
              <w:rPr>
                <w:sz w:val="19"/>
                <w:lang w:val="de-CH"/>
              </w:rPr>
              <w:t xml:space="preserve">, extremen stilistischen Distanzierungen oder im englischen Satz. </w:t>
            </w:r>
            <w:r w:rsidRPr="00B0313E">
              <w:rPr>
                <w:sz w:val="19"/>
                <w:lang w:val="de-CH"/>
              </w:rPr>
              <w:t>Im Schweizer Alltag/Korrespondenz fast nie verwendet.</w:t>
            </w:r>
          </w:p>
        </w:tc>
      </w:tr>
    </w:tbl>
    <w:p w14:paraId="231AFE92" w14:textId="77777777" w:rsidR="007B4EBC" w:rsidRPr="00B0313E" w:rsidRDefault="00000000" w:rsidP="00B0313E">
      <w:pPr>
        <w:pStyle w:val="berschrift1"/>
        <w:rPr>
          <w:lang w:val="de-CH"/>
        </w:rPr>
      </w:pPr>
      <w:r w:rsidRPr="00B0313E">
        <w:rPr>
          <w:lang w:val="de-CH"/>
        </w:rPr>
        <w:t>Teil 1: Regelverständnis &amp; Zuordnung</w:t>
      </w:r>
    </w:p>
    <w:p w14:paraId="5DA4DF02" w14:textId="15762FDB" w:rsidR="007B4EBC" w:rsidRPr="00EB2720" w:rsidRDefault="00000000">
      <w:pPr>
        <w:spacing w:after="120"/>
        <w:rPr>
          <w:lang w:val="de-CH"/>
        </w:rPr>
      </w:pPr>
      <w:r w:rsidRPr="00EB2720">
        <w:rPr>
          <w:b/>
          <w:lang w:val="de-CH"/>
        </w:rPr>
        <w:t>1. Welcher Strich wird nach Schweizer Korrespondenzregeln bei Geldbeträgen ohne Rappen eingesetzt (z.</w:t>
      </w:r>
      <w:r w:rsidR="00B0313E">
        <w:rPr>
          <w:b/>
          <w:lang w:val="de-CH"/>
        </w:rPr>
        <w:t> </w:t>
      </w:r>
      <w:r w:rsidRPr="00EB2720">
        <w:rPr>
          <w:b/>
          <w:lang w:val="de-CH"/>
        </w:rPr>
        <w:t>B. CHF 120.____)?</w:t>
      </w:r>
    </w:p>
    <w:p w14:paraId="190C43DE" w14:textId="69A2A5D1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418681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Viertelgeviertstrich (Divis)</w:t>
      </w:r>
    </w:p>
    <w:p w14:paraId="069463F5" w14:textId="3D38B3AF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265506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Halbgeviertstrich (Gedankenstrich)</w:t>
      </w:r>
    </w:p>
    <w:p w14:paraId="05CB6C59" w14:textId="4BD65E15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174936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Geviertstrich</w:t>
      </w:r>
    </w:p>
    <w:p w14:paraId="68084A9A" w14:textId="0D4CC0E5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-1174345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Unterstrich</w:t>
      </w:r>
    </w:p>
    <w:p w14:paraId="2122DF99" w14:textId="77777777" w:rsidR="007B4EBC" w:rsidRPr="00EB2720" w:rsidRDefault="00000000">
      <w:pPr>
        <w:spacing w:before="120" w:after="120"/>
        <w:rPr>
          <w:lang w:val="de-CH"/>
        </w:rPr>
      </w:pPr>
      <w:r w:rsidRPr="00EB2720">
        <w:rPr>
          <w:b/>
          <w:lang w:val="de-CH"/>
        </w:rPr>
        <w:t>2. Wie werden Streckenangaben (z. B. Genf ____ Lausanne) korrekt formatiert?</w:t>
      </w:r>
    </w:p>
    <w:p w14:paraId="51E8A867" w14:textId="2E940B51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-1005118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Mit Viertelgeviertstrich und Leerzeichen davor und danach</w:t>
      </w:r>
    </w:p>
    <w:p w14:paraId="65915D9E" w14:textId="6CE5755C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-1149823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Mit Halbgeviertstrich ohne Leerzeichen davor und danach</w:t>
      </w:r>
    </w:p>
    <w:p w14:paraId="14C16D50" w14:textId="6148FEA5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88432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Mit Halbgeviertstrich und Leerzeichen davor und danach</w:t>
      </w:r>
    </w:p>
    <w:p w14:paraId="5B8B53A7" w14:textId="73F36371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-1698609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Mit Doppelpunkt</w:t>
      </w:r>
    </w:p>
    <w:p w14:paraId="0B151359" w14:textId="77777777" w:rsidR="007B4EBC" w:rsidRPr="00EB2720" w:rsidRDefault="00000000" w:rsidP="00B0313E">
      <w:pPr>
        <w:pStyle w:val="berschrift1"/>
        <w:rPr>
          <w:lang w:val="de-CH"/>
        </w:rPr>
      </w:pPr>
      <w:r w:rsidRPr="00EB2720">
        <w:rPr>
          <w:lang w:val="de-CH"/>
        </w:rPr>
        <w:t>Teil 2: Die richtigen Striche in der Praxis einsetzen</w:t>
      </w:r>
    </w:p>
    <w:p w14:paraId="42940377" w14:textId="77777777" w:rsidR="007B4EBC" w:rsidRPr="00EB2720" w:rsidRDefault="00000000">
      <w:pPr>
        <w:spacing w:after="160"/>
        <w:rPr>
          <w:lang w:val="de-CH"/>
        </w:rPr>
      </w:pPr>
      <w:r w:rsidRPr="00EB2720">
        <w:rPr>
          <w:i/>
          <w:sz w:val="20"/>
          <w:lang w:val="de-CH"/>
        </w:rPr>
        <w:t>Setzen Sie in die Lücken den jeweils typografisch korrekten Strich ein. Bestimmen Sie in der rechten Spalte die Art des Strichs (Viertelgeviert = V, Halbgeviert = H, Geviert = G).</w:t>
      </w: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6768"/>
        <w:gridCol w:w="1728"/>
      </w:tblGrid>
      <w:tr w:rsidR="007B4EBC" w14:paraId="5CD0AB93" w14:textId="77777777">
        <w:trPr>
          <w:jc w:val="center"/>
        </w:trPr>
        <w:tc>
          <w:tcPr>
            <w:tcW w:w="864" w:type="dxa"/>
            <w:shd w:val="clear" w:color="auto" w:fill="1A36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5C6AB" w14:textId="77777777" w:rsidR="007B4EBC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Nr.</w:t>
            </w:r>
          </w:p>
        </w:tc>
        <w:tc>
          <w:tcPr>
            <w:tcW w:w="6768" w:type="dxa"/>
            <w:shd w:val="clear" w:color="auto" w:fill="1A36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3712D" w14:textId="77777777" w:rsidR="007B4EBC" w:rsidRDefault="00000000">
            <w:pPr>
              <w:spacing w:after="0"/>
            </w:pPr>
            <w:r>
              <w:rPr>
                <w:b/>
                <w:color w:val="FFFFFF"/>
                <w:sz w:val="19"/>
              </w:rPr>
              <w:t>Satz / Korrespondenzbeispiel mit Lücke [ ___ ]</w:t>
            </w:r>
          </w:p>
        </w:tc>
        <w:tc>
          <w:tcPr>
            <w:tcW w:w="1728" w:type="dxa"/>
            <w:shd w:val="clear" w:color="auto" w:fill="1A36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9AA22" w14:textId="77777777" w:rsidR="007B4EBC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Typ (V / H / G)</w:t>
            </w:r>
          </w:p>
        </w:tc>
      </w:tr>
      <w:tr w:rsidR="007B4EBC" w14:paraId="1B966245" w14:textId="77777777">
        <w:trPr>
          <w:jc w:val="center"/>
        </w:trPr>
        <w:tc>
          <w:tcPr>
            <w:tcW w:w="864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52FC58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76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A7A2EC" w14:textId="31A3BC9F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>Bitte senden Sie die Unterlagen an die A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Kassenschalter.</w:t>
            </w:r>
          </w:p>
        </w:tc>
        <w:tc>
          <w:tcPr>
            <w:tcW w:w="172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22013E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07A8F43C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44B420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BF1F45" w14:textId="21D8AE73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>Die Öffnungszeiten sind von 08.00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12.00 Uhr.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1F666C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136197B4" w14:textId="77777777">
        <w:trPr>
          <w:jc w:val="center"/>
        </w:trPr>
        <w:tc>
          <w:tcPr>
            <w:tcW w:w="864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AE61B5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676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E75AA1" w14:textId="14F73FC8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>Der Betrag von CHF 250.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ist spätestens bis Ende Monat zu überweisen.</w:t>
            </w:r>
          </w:p>
        </w:tc>
        <w:tc>
          <w:tcPr>
            <w:tcW w:w="172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8CD8B0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22913CEF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059DF9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8A26AC" w14:textId="06ED5426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 xml:space="preserve">Wir reisen mit dem Zug auf der Strecke </w:t>
            </w:r>
            <w:proofErr w:type="spellStart"/>
            <w:r w:rsidR="00B0313E">
              <w:rPr>
                <w:sz w:val="20"/>
                <w:lang w:val="de-CH"/>
              </w:rPr>
              <w:t>Chur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Zürich</w:t>
            </w:r>
            <w:proofErr w:type="spellEnd"/>
            <w:r w:rsidRPr="00EB2720">
              <w:rPr>
                <w:sz w:val="20"/>
                <w:lang w:val="de-CH"/>
              </w:rPr>
              <w:t>.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FA6212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1F02E4F6" w14:textId="77777777">
        <w:trPr>
          <w:jc w:val="center"/>
        </w:trPr>
        <w:tc>
          <w:tcPr>
            <w:tcW w:w="864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DB61FC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lastRenderedPageBreak/>
              <w:t>5</w:t>
            </w:r>
          </w:p>
        </w:tc>
        <w:tc>
          <w:tcPr>
            <w:tcW w:w="676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4ACD1F" w14:textId="7E0251A5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 xml:space="preserve">Unsere </w:t>
            </w:r>
            <w:proofErr w:type="spellStart"/>
            <w:r w:rsidRPr="00EB2720">
              <w:rPr>
                <w:sz w:val="20"/>
                <w:lang w:val="de-CH"/>
              </w:rPr>
              <w:t>M&amp;A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Beratung</w:t>
            </w:r>
            <w:proofErr w:type="spellEnd"/>
            <w:r w:rsidRPr="00EB2720">
              <w:rPr>
                <w:sz w:val="20"/>
                <w:lang w:val="de-CH"/>
              </w:rPr>
              <w:t xml:space="preserve"> bietet umfassende Dienstleistungen für Start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ups.</w:t>
            </w:r>
          </w:p>
        </w:tc>
        <w:tc>
          <w:tcPr>
            <w:tcW w:w="172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AC1086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5FA8F0A6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1663A5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F98635" w14:textId="012EF2E9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 xml:space="preserve">Das Seminar findet am </w:t>
            </w:r>
            <w:proofErr w:type="spellStart"/>
            <w:r w:rsidRPr="00EB2720">
              <w:rPr>
                <w:sz w:val="20"/>
                <w:lang w:val="de-CH"/>
              </w:rPr>
              <w:t>Montag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oder</w:t>
            </w:r>
            <w:proofErr w:type="spellEnd"/>
            <w:r w:rsidRPr="00EB2720">
              <w:rPr>
                <w:sz w:val="20"/>
                <w:lang w:val="de-CH"/>
              </w:rPr>
              <w:t xml:space="preserve"> Dienstag statt.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9E9437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72D77400" w14:textId="77777777">
        <w:trPr>
          <w:jc w:val="center"/>
        </w:trPr>
        <w:tc>
          <w:tcPr>
            <w:tcW w:w="864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24F515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676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DB0C3B" w14:textId="7DC77EBE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 xml:space="preserve">Ganz </w:t>
            </w:r>
            <w:proofErr w:type="spellStart"/>
            <w:r w:rsidRPr="00EB2720">
              <w:rPr>
                <w:sz w:val="20"/>
                <w:lang w:val="de-CH"/>
              </w:rPr>
              <w:t>ehrlich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damit</w:t>
            </w:r>
            <w:proofErr w:type="spellEnd"/>
            <w:r w:rsidRPr="00EB2720">
              <w:rPr>
                <w:sz w:val="20"/>
                <w:lang w:val="de-CH"/>
              </w:rPr>
              <w:t xml:space="preserve"> hätte wohl niemand im Team gerechnet.</w:t>
            </w:r>
          </w:p>
        </w:tc>
        <w:tc>
          <w:tcPr>
            <w:tcW w:w="172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7118F7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0DD7175E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8A0DA6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A77A4" w14:textId="01298AD2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>Wir bieten An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und Verkauf von Gebrauchtwaren an.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0C9C5A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0F2C6021" w14:textId="77777777">
        <w:trPr>
          <w:jc w:val="center"/>
        </w:trPr>
        <w:tc>
          <w:tcPr>
            <w:tcW w:w="864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A82F7E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676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32AD0B" w14:textId="386923DB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>In den Jahren 2020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2024 stieg der Umsatz kontinuierlich.</w:t>
            </w:r>
          </w:p>
        </w:tc>
        <w:tc>
          <w:tcPr>
            <w:tcW w:w="172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2568A5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79E98061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7091D4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974290" w14:textId="0D35AB0D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>Die Schulung dauert ca. 2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3 Stunden.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E17245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</w:tbl>
    <w:p w14:paraId="0DEEF5BD" w14:textId="77777777" w:rsidR="007B4EBC" w:rsidRPr="00EB2720" w:rsidRDefault="00000000" w:rsidP="00B0313E">
      <w:pPr>
        <w:pStyle w:val="berschrift1"/>
        <w:rPr>
          <w:lang w:val="de-CH"/>
        </w:rPr>
      </w:pPr>
      <w:r w:rsidRPr="00EB2720">
        <w:rPr>
          <w:lang w:val="de-CH"/>
        </w:rPr>
        <w:t>Teil 3: Text-Korrektur (Schweizer Briefkorrespondenz)</w:t>
      </w:r>
    </w:p>
    <w:p w14:paraId="235607BD" w14:textId="77777777" w:rsidR="007B4EBC" w:rsidRPr="00EB2720" w:rsidRDefault="00000000">
      <w:pPr>
        <w:spacing w:after="160"/>
        <w:rPr>
          <w:lang w:val="de-CH"/>
        </w:rPr>
      </w:pPr>
      <w:r w:rsidRPr="00EB2720">
        <w:rPr>
          <w:i/>
          <w:sz w:val="20"/>
          <w:lang w:val="de-CH"/>
        </w:rPr>
        <w:t>Im folgenden Briefabschnitt wurden alle Striche falsch oder uneinheitlich gesetzt. Markieren Sie die Fehler und schreiben Sie den Text typografisch einwandfrei darunter.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7B4EBC" w:rsidRPr="00B0313E" w14:paraId="0BF54D7C" w14:textId="77777777">
        <w:trPr>
          <w:jc w:val="center"/>
        </w:trPr>
        <w:tc>
          <w:tcPr>
            <w:tcW w:w="9360" w:type="dxa"/>
            <w:tcBorders>
              <w:left w:val="single" w:sz="18" w:space="0" w:color="E53E3E"/>
            </w:tcBorders>
            <w:shd w:val="clear" w:color="auto" w:fill="FFF5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739A5A" w14:textId="312C8622" w:rsidR="007B4EBC" w:rsidRPr="00B0313E" w:rsidRDefault="00000000">
            <w:pPr>
              <w:spacing w:after="0"/>
              <w:rPr>
                <w:rFonts w:asciiTheme="minorHAnsi" w:hAnsiTheme="minorHAnsi"/>
                <w:lang w:val="de-CH"/>
              </w:rPr>
            </w:pPr>
            <w:proofErr w:type="gramStart"/>
            <w:r w:rsidRPr="00B0313E">
              <w:rPr>
                <w:rFonts w:asciiTheme="minorHAnsi" w:hAnsiTheme="minorHAnsi"/>
                <w:sz w:val="20"/>
                <w:lang w:val="de-CH"/>
              </w:rPr>
              <w:t>Sehr geehrte Damen und Herren</w:t>
            </w:r>
            <w:proofErr w:type="gramEnd"/>
            <w:r w:rsidRPr="00B0313E">
              <w:rPr>
                <w:rFonts w:asciiTheme="minorHAnsi" w:hAnsiTheme="minorHAnsi"/>
                <w:sz w:val="20"/>
                <w:lang w:val="de-CH"/>
              </w:rPr>
              <w:br/>
            </w:r>
            <w:r w:rsidRPr="00B0313E">
              <w:rPr>
                <w:rFonts w:asciiTheme="minorHAnsi" w:hAnsiTheme="minorHAnsi"/>
                <w:sz w:val="20"/>
                <w:lang w:val="de-CH"/>
              </w:rPr>
              <w:br/>
              <w:t>Wir bestätigen Ihre Reservation für das Seminar - Führungskompetenz - vom 15.-17.</w:t>
            </w:r>
            <w:r w:rsidR="00B0313E"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November. Die Anreise für die Teilnehmer aus der Strecke Basel - Zürich erfolgt individuell. Die Kosten belaufen sich auf CHF</w:t>
            </w:r>
            <w:r w:rsidR="00B0313E"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450.- pro Person (inkl. -An und Abreise). Bei Fragen stehen wir Ihnen unter der Telefon-Nummer 044</w:t>
            </w:r>
            <w:r w:rsidR="00B0313E"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123</w:t>
            </w:r>
            <w:r w:rsidR="00B0313E"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45</w:t>
            </w:r>
            <w:r w:rsidR="00B0313E"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67 gerne zur Verfügung.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br/>
            </w:r>
            <w:r w:rsidRPr="00B0313E">
              <w:rPr>
                <w:rFonts w:asciiTheme="minorHAnsi" w:hAnsiTheme="minorHAnsi"/>
                <w:sz w:val="20"/>
                <w:lang w:val="de-CH"/>
              </w:rPr>
              <w:br/>
              <w:t>Mit freundlichen Grüssen</w:t>
            </w:r>
          </w:p>
        </w:tc>
      </w:tr>
    </w:tbl>
    <w:p w14:paraId="5CAA38E8" w14:textId="77777777" w:rsidR="007B4EBC" w:rsidRDefault="00000000">
      <w:pPr>
        <w:spacing w:before="200" w:after="80"/>
        <w:rPr>
          <w:b/>
          <w:lang w:val="de-CH"/>
        </w:rPr>
      </w:pPr>
      <w:r w:rsidRPr="00067DB3">
        <w:rPr>
          <w:b/>
          <w:lang w:val="de-CH"/>
        </w:rPr>
        <w:t>Ihre korrigierte Fassung:</w:t>
      </w:r>
    </w:p>
    <w:tbl>
      <w:tblPr>
        <w:tblW w:w="0" w:type="auto"/>
        <w:jc w:val="center"/>
        <w:tblBorders>
          <w:left w:val="single" w:sz="18" w:space="0" w:color="00B0F0"/>
        </w:tblBorders>
        <w:shd w:val="clear" w:color="auto" w:fill="F3F9FB"/>
        <w:tblLook w:val="04A0" w:firstRow="1" w:lastRow="0" w:firstColumn="1" w:lastColumn="0" w:noHBand="0" w:noVBand="1"/>
      </w:tblPr>
      <w:tblGrid>
        <w:gridCol w:w="9360"/>
      </w:tblGrid>
      <w:tr w:rsidR="00067DB3" w:rsidRPr="00B0313E" w14:paraId="4C7B14AB" w14:textId="77777777" w:rsidTr="00067DB3">
        <w:trPr>
          <w:jc w:val="center"/>
        </w:trPr>
        <w:tc>
          <w:tcPr>
            <w:tcW w:w="9360" w:type="dxa"/>
            <w:shd w:val="clear" w:color="auto" w:fill="F3F9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035FB2" w14:textId="77777777" w:rsidR="00067DB3" w:rsidRPr="00B0313E" w:rsidRDefault="00067DB3" w:rsidP="00354C14">
            <w:pPr>
              <w:spacing w:after="0"/>
              <w:rPr>
                <w:rFonts w:asciiTheme="minorHAnsi" w:hAnsiTheme="minorHAnsi"/>
                <w:lang w:val="de-CH"/>
              </w:rPr>
            </w:pPr>
            <w:proofErr w:type="gramStart"/>
            <w:r w:rsidRPr="00B0313E">
              <w:rPr>
                <w:rFonts w:asciiTheme="minorHAnsi" w:hAnsiTheme="minorHAnsi"/>
                <w:sz w:val="20"/>
                <w:lang w:val="de-CH"/>
              </w:rPr>
              <w:t>Sehr geehrte Damen und Herren</w:t>
            </w:r>
            <w:proofErr w:type="gramEnd"/>
            <w:r w:rsidRPr="00B0313E">
              <w:rPr>
                <w:rFonts w:asciiTheme="minorHAnsi" w:hAnsiTheme="minorHAnsi"/>
                <w:sz w:val="20"/>
                <w:lang w:val="de-CH"/>
              </w:rPr>
              <w:br/>
            </w:r>
            <w:r w:rsidRPr="00B0313E">
              <w:rPr>
                <w:rFonts w:asciiTheme="minorHAnsi" w:hAnsiTheme="minorHAnsi"/>
                <w:sz w:val="20"/>
                <w:lang w:val="de-CH"/>
              </w:rPr>
              <w:br/>
              <w:t>Wir bestätigen Ihre Reservation für das Seminar - Führungskompetenz - vom 15.-17.</w:t>
            </w:r>
            <w:r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November. Die Anreise für die Teilnehmer aus der Strecke Basel - Zürich erfolgt individuell. Die Kosten belaufen sich auf CHF</w:t>
            </w:r>
            <w:r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450.- pro Person (inkl. -An und Abreise). Bei Fragen stehen wir Ihnen unter der Telefon-Nummer 044</w:t>
            </w:r>
            <w:r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123</w:t>
            </w:r>
            <w:r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45</w:t>
            </w:r>
            <w:r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67 gerne zur Verfügung.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br/>
            </w:r>
            <w:r w:rsidRPr="00B0313E">
              <w:rPr>
                <w:rFonts w:asciiTheme="minorHAnsi" w:hAnsiTheme="minorHAnsi"/>
                <w:sz w:val="20"/>
                <w:lang w:val="de-CH"/>
              </w:rPr>
              <w:br/>
              <w:t>Mit freundlichen Grüssen</w:t>
            </w:r>
          </w:p>
        </w:tc>
      </w:tr>
    </w:tbl>
    <w:p w14:paraId="15FBFC92" w14:textId="08CE11AF" w:rsidR="007B4EBC" w:rsidRDefault="007B4EBC"/>
    <w:sectPr w:rsidR="007B4EBC" w:rsidSect="00EB2720">
      <w:headerReference w:type="default" r:id="rId8"/>
      <w:footerReference w:type="default" r:id="rId9"/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9E896" w14:textId="77777777" w:rsidR="00206E3F" w:rsidRDefault="00206E3F" w:rsidP="00AE1D2B">
      <w:pPr>
        <w:spacing w:after="0" w:line="240" w:lineRule="auto"/>
      </w:pPr>
      <w:r>
        <w:separator/>
      </w:r>
    </w:p>
  </w:endnote>
  <w:endnote w:type="continuationSeparator" w:id="0">
    <w:p w14:paraId="42C80275" w14:textId="77777777" w:rsidR="00206E3F" w:rsidRDefault="00206E3F" w:rsidP="00AE1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5843F" w14:textId="371CFBE3" w:rsidR="00AE1D2B" w:rsidRPr="00AE1D2B" w:rsidRDefault="00AE1D2B" w:rsidP="00AE1D2B">
    <w:pPr>
      <w:pStyle w:val="Fuzeile"/>
      <w:jc w:val="center"/>
    </w:pPr>
    <w:r w:rsidRPr="00AE1D2B">
      <w:rPr>
        <w:bCs/>
      </w:rPr>
      <w:fldChar w:fldCharType="begin"/>
    </w:r>
    <w:r w:rsidRPr="00AE1D2B">
      <w:rPr>
        <w:bCs/>
      </w:rPr>
      <w:instrText>PAGE  \* Arabic  \* MERGEFORMAT</w:instrText>
    </w:r>
    <w:r w:rsidRPr="00AE1D2B">
      <w:rPr>
        <w:bCs/>
      </w:rPr>
      <w:fldChar w:fldCharType="separate"/>
    </w:r>
    <w:r w:rsidRPr="00AE1D2B">
      <w:rPr>
        <w:bCs/>
        <w:lang w:val="de-DE"/>
      </w:rPr>
      <w:t>1</w:t>
    </w:r>
    <w:r w:rsidRPr="00AE1D2B">
      <w:rPr>
        <w:bCs/>
      </w:rPr>
      <w:fldChar w:fldCharType="end"/>
    </w:r>
    <w:r w:rsidRPr="00AE1D2B">
      <w:rPr>
        <w:bCs/>
      </w:rPr>
      <w:t>/</w:t>
    </w:r>
    <w:r w:rsidRPr="00AE1D2B">
      <w:rPr>
        <w:bCs/>
      </w:rPr>
      <w:fldChar w:fldCharType="begin"/>
    </w:r>
    <w:r w:rsidRPr="00AE1D2B">
      <w:rPr>
        <w:bCs/>
      </w:rPr>
      <w:instrText>NUMPAGES  \* Arabic  \* MERGEFORMAT</w:instrText>
    </w:r>
    <w:r w:rsidRPr="00AE1D2B">
      <w:rPr>
        <w:bCs/>
      </w:rPr>
      <w:fldChar w:fldCharType="separate"/>
    </w:r>
    <w:r w:rsidRPr="00AE1D2B">
      <w:rPr>
        <w:bCs/>
        <w:lang w:val="de-DE"/>
      </w:rPr>
      <w:t>2</w:t>
    </w:r>
    <w:r w:rsidRPr="00AE1D2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0601E" w14:textId="77777777" w:rsidR="00206E3F" w:rsidRDefault="00206E3F" w:rsidP="00AE1D2B">
      <w:pPr>
        <w:spacing w:after="0" w:line="240" w:lineRule="auto"/>
      </w:pPr>
      <w:r>
        <w:separator/>
      </w:r>
    </w:p>
  </w:footnote>
  <w:footnote w:type="continuationSeparator" w:id="0">
    <w:p w14:paraId="18DF8AD2" w14:textId="77777777" w:rsidR="00206E3F" w:rsidRDefault="00206E3F" w:rsidP="00AE1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BA455" w14:textId="5C108E1B" w:rsidR="00AE1D2B" w:rsidRDefault="00AE1D2B" w:rsidP="00AE1D2B">
    <w:pPr>
      <w:pStyle w:val="Kopfzeile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288205" wp14:editId="097EE0EE">
          <wp:simplePos x="0" y="0"/>
          <wp:positionH relativeFrom="column">
            <wp:posOffset>5350850</wp:posOffset>
          </wp:positionH>
          <wp:positionV relativeFrom="paragraph">
            <wp:posOffset>-124140</wp:posOffset>
          </wp:positionV>
          <wp:extent cx="627942" cy="573074"/>
          <wp:effectExtent l="0" t="0" r="1270" b="0"/>
          <wp:wrapNone/>
          <wp:docPr id="143478985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789850" name="Grafik 143478985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7942" cy="5730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1569317">
    <w:abstractNumId w:val="8"/>
  </w:num>
  <w:num w:numId="2" w16cid:durableId="868223023">
    <w:abstractNumId w:val="6"/>
  </w:num>
  <w:num w:numId="3" w16cid:durableId="1026295426">
    <w:abstractNumId w:val="5"/>
  </w:num>
  <w:num w:numId="4" w16cid:durableId="439300148">
    <w:abstractNumId w:val="4"/>
  </w:num>
  <w:num w:numId="5" w16cid:durableId="1190949872">
    <w:abstractNumId w:val="7"/>
  </w:num>
  <w:num w:numId="6" w16cid:durableId="1529443800">
    <w:abstractNumId w:val="3"/>
  </w:num>
  <w:num w:numId="7" w16cid:durableId="1516380902">
    <w:abstractNumId w:val="2"/>
  </w:num>
  <w:num w:numId="8" w16cid:durableId="130252517">
    <w:abstractNumId w:val="1"/>
  </w:num>
  <w:num w:numId="9" w16cid:durableId="1004623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DB3"/>
    <w:rsid w:val="0015074B"/>
    <w:rsid w:val="00191265"/>
    <w:rsid w:val="00206BFD"/>
    <w:rsid w:val="00206E3F"/>
    <w:rsid w:val="0029639D"/>
    <w:rsid w:val="00326F90"/>
    <w:rsid w:val="00744F12"/>
    <w:rsid w:val="007B4EBC"/>
    <w:rsid w:val="008F02DF"/>
    <w:rsid w:val="00AA1D8D"/>
    <w:rsid w:val="00AE1D2B"/>
    <w:rsid w:val="00B0313E"/>
    <w:rsid w:val="00B47730"/>
    <w:rsid w:val="00B70C77"/>
    <w:rsid w:val="00CB0664"/>
    <w:rsid w:val="00EB2720"/>
    <w:rsid w:val="00F971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8460C69"/>
  <w14:defaultImageDpi w14:val="300"/>
  <w15:docId w15:val="{4D93906F-0262-4C90-9BF8-B83DFE37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7DB3"/>
    <w:rPr>
      <w:rFonts w:ascii="Calibri" w:hAnsi="Calibri"/>
      <w:color w:val="2D374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B031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40"/>
      <w:lang w:val="de-CH"/>
    </w:rPr>
  </w:style>
  <w:style w:type="character" w:customStyle="1" w:styleId="TitelZchn">
    <w:name w:val="Titel Zchn"/>
    <w:basedOn w:val="Absatz-Standardschriftart"/>
    <w:link w:val="Titel"/>
    <w:uiPriority w:val="10"/>
    <w:rsid w:val="00B031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40"/>
      <w:lang w:val="de-CH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B031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3128</Characters>
  <Application>Microsoft Office Word</Application>
  <DocSecurity>0</DocSecurity>
  <Lines>86</Lines>
  <Paragraphs>73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juerg.lippuner@grabserberg.ch</dc:creator>
  <cp:keywords/>
  <dc:description>generated by python-docx</dc:description>
  <cp:lastModifiedBy>Lippuner Jürg BZBS</cp:lastModifiedBy>
  <cp:revision>3</cp:revision>
  <dcterms:created xsi:type="dcterms:W3CDTF">2026-08-21T17:04:00Z</dcterms:created>
  <dcterms:modified xsi:type="dcterms:W3CDTF">2026-08-21T17:05:00Z</dcterms:modified>
  <cp:category/>
</cp:coreProperties>
</file>