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995DC" w14:textId="4CDB0CC4" w:rsidR="00A97856" w:rsidRDefault="00A97856" w:rsidP="00A97856">
      <w:pPr>
        <w:pStyle w:val="Untertitel"/>
        <w:rPr>
          <w:lang w:val="de-CH"/>
        </w:rPr>
      </w:pPr>
      <w:r>
        <w:rPr>
          <w:lang w:val="de-CH"/>
        </w:rPr>
        <w:t>Bildbearbeitung in Word</w:t>
      </w:r>
    </w:p>
    <w:p w14:paraId="7C2A9D06" w14:textId="0A858CE1" w:rsidR="00A97856" w:rsidRDefault="00C81447" w:rsidP="00A733CA">
      <w:pPr>
        <w:pStyle w:val="Titel"/>
        <w:tabs>
          <w:tab w:val="right" w:pos="9639"/>
        </w:tabs>
        <w:rPr>
          <w:lang w:val="de-CH"/>
        </w:rPr>
      </w:pPr>
      <w:bookmarkStart w:id="0" w:name="_Hlk219365984"/>
      <w:bookmarkEnd w:id="0"/>
      <w:r>
        <w:rPr>
          <w:noProof/>
        </w:rPr>
        <w:drawing>
          <wp:anchor distT="0" distB="0" distL="114300" distR="114300" simplePos="0" relativeHeight="252018175" behindDoc="0" locked="0" layoutInCell="1" allowOverlap="1" wp14:anchorId="0397F3F9" wp14:editId="6FAE6772">
            <wp:simplePos x="0" y="0"/>
            <wp:positionH relativeFrom="column">
              <wp:posOffset>3917950</wp:posOffset>
            </wp:positionH>
            <wp:positionV relativeFrom="paragraph">
              <wp:posOffset>539115</wp:posOffset>
            </wp:positionV>
            <wp:extent cx="2242820" cy="2598420"/>
            <wp:effectExtent l="0" t="0" r="5080" b="0"/>
            <wp:wrapSquare wrapText="bothSides"/>
            <wp:docPr id="1012253964" name="Grafik 10" descr="Ein Bild, das Cartoo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53964" name="Grafik 10" descr="Ein Bild, das Cartoon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856" w:rsidRPr="00692554">
        <w:rPr>
          <w:lang w:val="de-CH"/>
        </w:rPr>
        <w:t>Aufgabe Hausbau</w:t>
      </w:r>
      <w:r w:rsidR="00A733CA">
        <w:rPr>
          <w:lang w:val="de-CH"/>
        </w:rPr>
        <w:tab/>
        <w:t>Übung 01</w:t>
      </w:r>
    </w:p>
    <w:p w14:paraId="4B2B7605" w14:textId="210E5D24" w:rsidR="001F4566" w:rsidRPr="00692554" w:rsidRDefault="00A733CA" w:rsidP="00A97856">
      <w:pPr>
        <w:pStyle w:val="Untertitel"/>
        <w:rPr>
          <w:lang w:val="de-CH"/>
        </w:rPr>
      </w:pPr>
      <w:r w:rsidRPr="00692554">
        <w:rPr>
          <w:lang w:val="de-CH"/>
        </w:rPr>
        <w:t xml:space="preserve">Formen ausrichten, anordnen und gruppieren </w:t>
      </w:r>
      <w:r>
        <w:rPr>
          <w:lang w:val="de-CH"/>
        </w:rPr>
        <w:t>01</w:t>
      </w:r>
    </w:p>
    <w:p w14:paraId="5D5B8E0F" w14:textId="03E2ADE5" w:rsidR="001F4566" w:rsidRPr="00692554" w:rsidRDefault="00A733CA">
      <w:pPr>
        <w:rPr>
          <w:lang w:val="de-CH"/>
        </w:rPr>
      </w:pPr>
      <w:r w:rsidRPr="00692554">
        <w:rPr>
          <w:lang w:val="de-CH"/>
        </w:rPr>
        <w:t xml:space="preserve">Auf </w:t>
      </w:r>
      <w:r w:rsidR="00A97856">
        <w:rPr>
          <w:lang w:val="de-CH"/>
        </w:rPr>
        <w:t>der zweiten</w:t>
      </w:r>
      <w:r w:rsidRPr="00692554">
        <w:rPr>
          <w:lang w:val="de-CH"/>
        </w:rPr>
        <w:t xml:space="preserve"> Seite finden Sie einzelne Formen (Bausteine, Fenster, Tür, Dach, Schatten, Stern). </w:t>
      </w:r>
      <w:r w:rsidR="00692554" w:rsidRPr="00692554">
        <w:rPr>
          <w:lang w:val="de-CH"/>
        </w:rPr>
        <w:t>Bau</w:t>
      </w:r>
      <w:r w:rsidR="00692554">
        <w:rPr>
          <w:lang w:val="de-CH"/>
        </w:rPr>
        <w:t>en Sie</w:t>
      </w:r>
      <w:r w:rsidRPr="00692554">
        <w:rPr>
          <w:lang w:val="de-CH"/>
        </w:rPr>
        <w:t xml:space="preserve"> ein Haus bauen </w:t>
      </w:r>
      <w:r w:rsidR="00692554">
        <w:rPr>
          <w:lang w:val="de-CH"/>
        </w:rPr>
        <w:t xml:space="preserve">und verwenden Sie die </w:t>
      </w:r>
      <w:r w:rsidR="00A97856">
        <w:rPr>
          <w:lang w:val="de-CH"/>
        </w:rPr>
        <w:t>Word-</w:t>
      </w:r>
      <w:r w:rsidR="00692554">
        <w:rPr>
          <w:lang w:val="de-CH"/>
        </w:rPr>
        <w:t xml:space="preserve">Funktionen </w:t>
      </w:r>
      <w:r w:rsidRPr="00692554">
        <w:rPr>
          <w:b/>
          <w:lang w:val="de-CH"/>
        </w:rPr>
        <w:t>Ausrichten, Anordnen (Ebenen) und Gruppieren</w:t>
      </w:r>
      <w:r w:rsidRPr="00692554">
        <w:rPr>
          <w:lang w:val="de-CH"/>
        </w:rPr>
        <w:t>.</w:t>
      </w:r>
    </w:p>
    <w:p w14:paraId="1C65B30A" w14:textId="10C2C581" w:rsidR="001F4566" w:rsidRPr="00692554" w:rsidRDefault="00A733CA" w:rsidP="00D513E3">
      <w:pPr>
        <w:pStyle w:val="berschrift1"/>
        <w:spacing w:before="240"/>
        <w:rPr>
          <w:lang w:val="de-CH"/>
        </w:rPr>
      </w:pPr>
      <w:r w:rsidRPr="00692554">
        <w:rPr>
          <w:lang w:val="de-CH"/>
        </w:rPr>
        <w:t>Aufgabe</w:t>
      </w:r>
    </w:p>
    <w:p w14:paraId="0920E2C8" w14:textId="24A14B82" w:rsidR="00F20B4D" w:rsidRPr="00F20B4D" w:rsidRDefault="00F20B4D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 w:rsidRPr="00F20B4D">
        <w:rPr>
          <w:lang w:val="de-CH"/>
        </w:rPr>
        <w:t xml:space="preserve">Bauen Sie ein Haus </w:t>
      </w:r>
      <w:r>
        <w:rPr>
          <w:lang w:val="de-CH"/>
        </w:rPr>
        <w:t>wie abgebildet.</w:t>
      </w:r>
    </w:p>
    <w:p w14:paraId="04923518" w14:textId="6E46411E" w:rsidR="001F4566" w:rsidRPr="00F20B4D" w:rsidRDefault="00A733CA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 w:rsidRPr="00F20B4D">
        <w:rPr>
          <w:lang w:val="de-CH"/>
        </w:rPr>
        <w:t>Stellen Sie bei allen Formen</w:t>
      </w:r>
      <w:r w:rsidR="00F20B4D">
        <w:rPr>
          <w:lang w:val="de-CH"/>
        </w:rPr>
        <w:t xml:space="preserve"> auf der zweiten Seite</w:t>
      </w:r>
      <w:r w:rsidRPr="00F20B4D">
        <w:rPr>
          <w:lang w:val="de-CH"/>
        </w:rPr>
        <w:t xml:space="preserve"> den Textumbruch auf </w:t>
      </w:r>
      <w:proofErr w:type="gramStart"/>
      <w:r w:rsidRPr="00F20B4D">
        <w:rPr>
          <w:b/>
          <w:lang w:val="de-CH"/>
        </w:rPr>
        <w:t>Vor</w:t>
      </w:r>
      <w:proofErr w:type="gramEnd"/>
      <w:r w:rsidRPr="00F20B4D">
        <w:rPr>
          <w:b/>
          <w:lang w:val="de-CH"/>
        </w:rPr>
        <w:t xml:space="preserve"> den Text</w:t>
      </w:r>
      <w:r w:rsidRPr="00F20B4D">
        <w:rPr>
          <w:lang w:val="de-CH"/>
        </w:rPr>
        <w:t>, damit sie frei beweglich sind.</w:t>
      </w:r>
    </w:p>
    <w:p w14:paraId="6C01222E" w14:textId="0009EA51" w:rsidR="001F4566" w:rsidRDefault="00A733CA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 w:rsidRPr="00F20B4D">
        <w:rPr>
          <w:lang w:val="de-CH"/>
        </w:rPr>
        <w:t xml:space="preserve">Richten Sie die Formen </w:t>
      </w:r>
      <w:r w:rsidR="00A97856" w:rsidRPr="00F20B4D">
        <w:rPr>
          <w:lang w:val="de-CH"/>
        </w:rPr>
        <w:t>korrekt</w:t>
      </w:r>
      <w:r w:rsidRPr="00F20B4D">
        <w:rPr>
          <w:lang w:val="de-CH"/>
        </w:rPr>
        <w:t xml:space="preserve"> aus (z.</w:t>
      </w:r>
      <w:r w:rsidRPr="00F20B4D">
        <w:rPr>
          <w:rFonts w:ascii="Arial" w:hAnsi="Arial" w:cs="Arial"/>
          <w:lang w:val="de-CH"/>
        </w:rPr>
        <w:t> </w:t>
      </w:r>
      <w:r w:rsidRPr="00F20B4D">
        <w:rPr>
          <w:lang w:val="de-CH"/>
        </w:rPr>
        <w:t>B. obere/untere Kanten, vertikale/horizontale Zentrierung) und verteilen Sie sie gleichm</w:t>
      </w:r>
      <w:r w:rsidRPr="00F20B4D">
        <w:rPr>
          <w:rFonts w:ascii="Aptos" w:hAnsi="Aptos" w:cs="Aptos"/>
          <w:lang w:val="de-CH"/>
        </w:rPr>
        <w:t>ä</w:t>
      </w:r>
      <w:r w:rsidR="00A97856" w:rsidRPr="00F20B4D">
        <w:rPr>
          <w:lang w:val="de-CH"/>
        </w:rPr>
        <w:t>ss</w:t>
      </w:r>
      <w:r w:rsidRPr="00F20B4D">
        <w:rPr>
          <w:lang w:val="de-CH"/>
        </w:rPr>
        <w:t>ig.</w:t>
      </w:r>
    </w:p>
    <w:p w14:paraId="2FB101FC" w14:textId="732FFE55" w:rsidR="007240B9" w:rsidRPr="00F20B4D" w:rsidRDefault="007240B9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>
        <w:rPr>
          <w:lang w:val="de-CH"/>
        </w:rPr>
        <w:t>Das Fenster können Sie dreimal kopieren.</w:t>
      </w:r>
    </w:p>
    <w:p w14:paraId="028940B7" w14:textId="77777777" w:rsidR="001F4566" w:rsidRPr="00F20B4D" w:rsidRDefault="00A733CA" w:rsidP="00F20B4D">
      <w:pPr>
        <w:pStyle w:val="Listenabsatz"/>
        <w:numPr>
          <w:ilvl w:val="0"/>
          <w:numId w:val="10"/>
        </w:numPr>
        <w:ind w:left="357" w:hanging="357"/>
        <w:contextualSpacing w:val="0"/>
        <w:rPr>
          <w:lang w:val="de-CH"/>
        </w:rPr>
      </w:pPr>
      <w:r w:rsidRPr="00F20B4D">
        <w:rPr>
          <w:lang w:val="de-CH"/>
        </w:rPr>
        <w:t>Gruppieren Sie am Ende alle Objekte zu einem einzigen Element.</w:t>
      </w:r>
    </w:p>
    <w:p w14:paraId="45A5C566" w14:textId="77777777" w:rsidR="00F20B4D" w:rsidRDefault="00F20B4D" w:rsidP="00D513E3">
      <w:pPr>
        <w:pStyle w:val="berschrift1"/>
        <w:spacing w:before="240"/>
        <w:rPr>
          <w:lang w:val="de-CH"/>
        </w:rPr>
      </w:pPr>
      <w:r w:rsidRPr="00F20B4D">
        <w:rPr>
          <w:lang w:val="de-CH"/>
        </w:rPr>
        <w:t>Prüfkriterien</w:t>
      </w:r>
    </w:p>
    <w:p w14:paraId="0392B5FF" w14:textId="77777777" w:rsidR="00F20B4D" w:rsidRPr="00F20B4D" w:rsidRDefault="00F20B4D" w:rsidP="00F20B4D">
      <w:pPr>
        <w:pStyle w:val="Listenabsatz"/>
        <w:numPr>
          <w:ilvl w:val="0"/>
          <w:numId w:val="11"/>
        </w:numPr>
        <w:rPr>
          <w:lang w:val="de-CH"/>
        </w:rPr>
      </w:pPr>
      <w:r w:rsidRPr="00F20B4D">
        <w:rPr>
          <w:lang w:val="de-CH"/>
        </w:rPr>
        <w:t>saubere Ausrichtung der Kanten</w:t>
      </w:r>
    </w:p>
    <w:p w14:paraId="2E5CA63E" w14:textId="77777777" w:rsidR="00F20B4D" w:rsidRPr="00F20B4D" w:rsidRDefault="00F20B4D" w:rsidP="00F20B4D">
      <w:pPr>
        <w:pStyle w:val="Listenabsatz"/>
        <w:numPr>
          <w:ilvl w:val="0"/>
          <w:numId w:val="11"/>
        </w:numPr>
        <w:rPr>
          <w:lang w:val="de-CH"/>
        </w:rPr>
      </w:pPr>
      <w:r w:rsidRPr="00F20B4D">
        <w:rPr>
          <w:lang w:val="de-CH"/>
        </w:rPr>
        <w:t>gleichmässige Verteilung</w:t>
      </w:r>
    </w:p>
    <w:p w14:paraId="3362719D" w14:textId="77777777" w:rsidR="00F20B4D" w:rsidRPr="00F20B4D" w:rsidRDefault="00F20B4D" w:rsidP="00F20B4D">
      <w:pPr>
        <w:pStyle w:val="Listenabsatz"/>
        <w:numPr>
          <w:ilvl w:val="0"/>
          <w:numId w:val="11"/>
        </w:numPr>
        <w:rPr>
          <w:lang w:val="de-CH"/>
        </w:rPr>
      </w:pPr>
      <w:r w:rsidRPr="00F20B4D">
        <w:rPr>
          <w:lang w:val="de-CH"/>
        </w:rPr>
        <w:t>korrekte Ebenen-Reihenfolge (Schatten hinten, Stern vorne)</w:t>
      </w:r>
    </w:p>
    <w:p w14:paraId="62AD6CC0" w14:textId="77777777" w:rsidR="00F20B4D" w:rsidRDefault="00F20B4D" w:rsidP="00F20B4D">
      <w:pPr>
        <w:pStyle w:val="Listenabsatz"/>
        <w:numPr>
          <w:ilvl w:val="0"/>
          <w:numId w:val="11"/>
        </w:numPr>
        <w:rPr>
          <w:lang w:val="de-CH"/>
        </w:rPr>
      </w:pPr>
      <w:r w:rsidRPr="00F20B4D">
        <w:rPr>
          <w:lang w:val="de-CH"/>
        </w:rPr>
        <w:t>alles gruppiert</w:t>
      </w:r>
    </w:p>
    <w:p w14:paraId="245BC645" w14:textId="5A66F1F1" w:rsidR="00D513E3" w:rsidRPr="00F20B4D" w:rsidRDefault="00D513E3" w:rsidP="00F20B4D">
      <w:pPr>
        <w:pStyle w:val="Listenabsatz"/>
        <w:numPr>
          <w:ilvl w:val="0"/>
          <w:numId w:val="11"/>
        </w:numPr>
        <w:rPr>
          <w:lang w:val="de-CH"/>
        </w:rPr>
      </w:pPr>
      <w:r>
        <w:rPr>
          <w:lang w:val="de-CH"/>
        </w:rPr>
        <w:t>Bilder passend mit Bildtool</w:t>
      </w:r>
      <w:r w:rsidR="00892DBD">
        <w:rPr>
          <w:lang w:val="de-CH"/>
        </w:rPr>
        <w:t>s</w:t>
      </w:r>
      <w:r>
        <w:rPr>
          <w:lang w:val="de-CH"/>
        </w:rPr>
        <w:t xml:space="preserve"> bearbeitet</w:t>
      </w:r>
    </w:p>
    <w:p w14:paraId="668465A6" w14:textId="35A98B9A" w:rsidR="001F4566" w:rsidRPr="00692554" w:rsidRDefault="00F20B4D" w:rsidP="00D513E3">
      <w:pPr>
        <w:pStyle w:val="berschrift1"/>
        <w:spacing w:before="240"/>
        <w:rPr>
          <w:lang w:val="de-CH"/>
        </w:rPr>
      </w:pPr>
      <w:r>
        <w:rPr>
          <w:lang w:val="de-CH"/>
        </w:rPr>
        <w:t>Word-Tipps</w:t>
      </w:r>
    </w:p>
    <w:p w14:paraId="003C81DB" w14:textId="77777777" w:rsidR="001F4566" w:rsidRPr="00F20B4D" w:rsidRDefault="00A733CA" w:rsidP="00F20B4D">
      <w:pPr>
        <w:pStyle w:val="Listenabsatz"/>
        <w:numPr>
          <w:ilvl w:val="0"/>
          <w:numId w:val="12"/>
        </w:numPr>
        <w:rPr>
          <w:lang w:val="de-CH"/>
        </w:rPr>
      </w:pPr>
      <w:r w:rsidRPr="00F20B4D">
        <w:rPr>
          <w:lang w:val="de-CH"/>
        </w:rPr>
        <w:t>Zeichentools → Format → Anordnen → Ausrichten (z.</w:t>
      </w:r>
      <w:r w:rsidRPr="00F20B4D">
        <w:rPr>
          <w:rFonts w:ascii="Arial" w:hAnsi="Arial" w:cs="Arial"/>
          <w:lang w:val="de-CH"/>
        </w:rPr>
        <w:t> </w:t>
      </w:r>
      <w:r w:rsidRPr="00F20B4D">
        <w:rPr>
          <w:lang w:val="de-CH"/>
        </w:rPr>
        <w:t xml:space="preserve">B. </w:t>
      </w:r>
      <w:proofErr w:type="gramStart"/>
      <w:r w:rsidRPr="00F20B4D">
        <w:rPr>
          <w:lang w:val="de-CH"/>
        </w:rPr>
        <w:t>Oben</w:t>
      </w:r>
      <w:proofErr w:type="gramEnd"/>
      <w:r w:rsidRPr="00F20B4D">
        <w:rPr>
          <w:lang w:val="de-CH"/>
        </w:rPr>
        <w:t xml:space="preserve"> ausrichten, </w:t>
      </w:r>
      <w:proofErr w:type="gramStart"/>
      <w:r w:rsidRPr="00F20B4D">
        <w:rPr>
          <w:lang w:val="de-CH"/>
        </w:rPr>
        <w:t>Vertikal</w:t>
      </w:r>
      <w:proofErr w:type="gramEnd"/>
      <w:r w:rsidRPr="00F20B4D">
        <w:rPr>
          <w:lang w:val="de-CH"/>
        </w:rPr>
        <w:t xml:space="preserve"> zentrieren).</w:t>
      </w:r>
    </w:p>
    <w:p w14:paraId="2C4E4BEF" w14:textId="2C261851" w:rsidR="001F4566" w:rsidRPr="00F20B4D" w:rsidRDefault="00A733CA" w:rsidP="00F20B4D">
      <w:pPr>
        <w:pStyle w:val="Listenabsatz"/>
        <w:numPr>
          <w:ilvl w:val="0"/>
          <w:numId w:val="12"/>
        </w:numPr>
        <w:rPr>
          <w:lang w:val="de-CH"/>
        </w:rPr>
      </w:pPr>
      <w:r w:rsidRPr="00F20B4D">
        <w:rPr>
          <w:lang w:val="de-CH"/>
        </w:rPr>
        <w:t>Zeichentools → Format → Anordnen → In den Vorder</w:t>
      </w:r>
      <w:r w:rsidR="0094695F">
        <w:rPr>
          <w:lang w:val="de-CH"/>
        </w:rPr>
        <w:t>-D</w:t>
      </w:r>
      <w:r w:rsidRPr="00F20B4D">
        <w:rPr>
          <w:lang w:val="de-CH"/>
        </w:rPr>
        <w:t>/Hintergrund für Ebenen</w:t>
      </w:r>
      <w:r w:rsidR="00F20B4D" w:rsidRPr="00F20B4D">
        <w:rPr>
          <w:lang w:val="de-CH"/>
        </w:rPr>
        <w:t>-R</w:t>
      </w:r>
      <w:r w:rsidRPr="00F20B4D">
        <w:rPr>
          <w:lang w:val="de-CH"/>
        </w:rPr>
        <w:t>eihenfolge</w:t>
      </w:r>
    </w:p>
    <w:p w14:paraId="52C3CB18" w14:textId="77777777" w:rsidR="001F4566" w:rsidRPr="00F20B4D" w:rsidRDefault="00A733CA" w:rsidP="00F20B4D">
      <w:pPr>
        <w:pStyle w:val="Listenabsatz"/>
        <w:numPr>
          <w:ilvl w:val="0"/>
          <w:numId w:val="12"/>
        </w:numPr>
        <w:rPr>
          <w:lang w:val="de-CH"/>
        </w:rPr>
      </w:pPr>
      <w:r w:rsidRPr="00F20B4D">
        <w:rPr>
          <w:lang w:val="de-CH"/>
        </w:rPr>
        <w:t>Mehrere Formen markieren → Rechtsklick → Gruppieren.</w:t>
      </w:r>
    </w:p>
    <w:p w14:paraId="3C533395" w14:textId="77777777" w:rsidR="001F4566" w:rsidRDefault="00A733CA" w:rsidP="00F20B4D">
      <w:pPr>
        <w:pStyle w:val="Listenabsatz"/>
        <w:numPr>
          <w:ilvl w:val="0"/>
          <w:numId w:val="12"/>
        </w:numPr>
        <w:rPr>
          <w:lang w:val="de-CH"/>
        </w:rPr>
      </w:pPr>
      <w:r w:rsidRPr="00F20B4D">
        <w:rPr>
          <w:lang w:val="de-CH"/>
        </w:rPr>
        <w:t xml:space="preserve">Textumbruch: Rechtsklick auf Form → Textumbruch → Vor den Text / </w:t>
      </w:r>
      <w:proofErr w:type="gramStart"/>
      <w:r w:rsidRPr="00F20B4D">
        <w:rPr>
          <w:lang w:val="de-CH"/>
        </w:rPr>
        <w:t>Hinter</w:t>
      </w:r>
      <w:proofErr w:type="gramEnd"/>
      <w:r w:rsidRPr="00F20B4D">
        <w:rPr>
          <w:lang w:val="de-CH"/>
        </w:rPr>
        <w:t xml:space="preserve"> den Text.</w:t>
      </w:r>
    </w:p>
    <w:p w14:paraId="581A2A67" w14:textId="6722933A" w:rsidR="00D513E3" w:rsidRDefault="00D513E3" w:rsidP="00F20B4D">
      <w:pPr>
        <w:pStyle w:val="Listenabsatz"/>
        <w:numPr>
          <w:ilvl w:val="0"/>
          <w:numId w:val="12"/>
        </w:numPr>
        <w:rPr>
          <w:lang w:val="de-CH"/>
        </w:rPr>
      </w:pPr>
      <w:proofErr w:type="spellStart"/>
      <w:r>
        <w:rPr>
          <w:lang w:val="de-CH"/>
        </w:rPr>
        <w:t>Bildtool</w:t>
      </w:r>
      <w:proofErr w:type="spellEnd"/>
      <w:r>
        <w:rPr>
          <w:lang w:val="de-CH"/>
        </w:rPr>
        <w:t>: Künstlerische Effekte</w:t>
      </w:r>
      <w:r w:rsidRPr="00F20B4D">
        <w:rPr>
          <w:lang w:val="de-CH"/>
        </w:rPr>
        <w:t xml:space="preserve"> → </w:t>
      </w:r>
      <w:r>
        <w:rPr>
          <w:lang w:val="de-CH"/>
        </w:rPr>
        <w:t>Transparente Farbe bestimmen</w:t>
      </w:r>
    </w:p>
    <w:p w14:paraId="2E47FD42" w14:textId="3A479B14" w:rsidR="00D513E3" w:rsidRDefault="00D513E3" w:rsidP="00F20B4D">
      <w:pPr>
        <w:pStyle w:val="Listenabsatz"/>
        <w:numPr>
          <w:ilvl w:val="0"/>
          <w:numId w:val="12"/>
        </w:numPr>
        <w:rPr>
          <w:lang w:val="de-CH"/>
        </w:rPr>
      </w:pPr>
      <w:proofErr w:type="spellStart"/>
      <w:r>
        <w:rPr>
          <w:lang w:val="de-CH"/>
        </w:rPr>
        <w:t>Bildtool</w:t>
      </w:r>
      <w:proofErr w:type="spellEnd"/>
      <w:r>
        <w:rPr>
          <w:lang w:val="de-CH"/>
        </w:rPr>
        <w:t>: Farbe</w:t>
      </w:r>
      <w:r w:rsidRPr="00F20B4D">
        <w:rPr>
          <w:lang w:val="de-CH"/>
        </w:rPr>
        <w:t xml:space="preserve"> → </w:t>
      </w:r>
      <w:r>
        <w:rPr>
          <w:lang w:val="de-CH"/>
        </w:rPr>
        <w:t>neu einfärben</w:t>
      </w:r>
    </w:p>
    <w:p w14:paraId="10037224" w14:textId="5C359B43" w:rsidR="0094695F" w:rsidRPr="00F20B4D" w:rsidRDefault="0094695F" w:rsidP="00F20B4D">
      <w:pPr>
        <w:pStyle w:val="Listenabsatz"/>
        <w:numPr>
          <w:ilvl w:val="0"/>
          <w:numId w:val="12"/>
        </w:numPr>
        <w:rPr>
          <w:lang w:val="de-CH"/>
        </w:rPr>
      </w:pPr>
      <w:r>
        <w:rPr>
          <w:lang w:val="de-CH"/>
        </w:rPr>
        <w:t>Bild drehen</w:t>
      </w:r>
    </w:p>
    <w:p w14:paraId="0D58CD32" w14:textId="740C9D31" w:rsidR="00A97856" w:rsidRPr="00692554" w:rsidRDefault="00C81447" w:rsidP="00F20B4D">
      <w:pPr>
        <w:pStyle w:val="berschrift1"/>
        <w:pageBreakBefore/>
        <w:rPr>
          <w:lang w:val="de-CH"/>
        </w:rPr>
      </w:pPr>
      <w:r>
        <w:rPr>
          <w:noProof/>
        </w:rPr>
        <w:lastRenderedPageBreak/>
        <w:drawing>
          <wp:anchor distT="0" distB="0" distL="114300" distR="114300" simplePos="0" relativeHeight="252019199" behindDoc="0" locked="0" layoutInCell="1" allowOverlap="1" wp14:anchorId="22F75B16" wp14:editId="724DF2A5">
            <wp:simplePos x="0" y="0"/>
            <wp:positionH relativeFrom="margin">
              <wp:align>right</wp:align>
            </wp:positionH>
            <wp:positionV relativeFrom="paragraph">
              <wp:posOffset>542</wp:posOffset>
            </wp:positionV>
            <wp:extent cx="1186747" cy="1374890"/>
            <wp:effectExtent l="133350" t="152400" r="337820" b="358775"/>
            <wp:wrapNone/>
            <wp:docPr id="617505909" name="Grafik 10" descr="Ein Bild, das Cartoon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05909" name="Grafik 10" descr="Ein Bild, das Cartoon, Screensho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47" cy="13748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3CA" w:rsidRPr="00692554">
        <w:rPr>
          <w:lang w:val="de-CH"/>
        </w:rPr>
        <w:t>Formen-Pool</w:t>
      </w:r>
    </w:p>
    <w:p w14:paraId="25BE6F2A" w14:textId="4E6ADB3A" w:rsidR="0022102D" w:rsidRDefault="00C217B1" w:rsidP="00A97856">
      <w:r>
        <w:rPr>
          <w:noProof/>
        </w:rPr>
        <mc:AlternateContent>
          <mc:Choice Requires="wps">
            <w:drawing>
              <wp:inline distT="0" distB="0" distL="0" distR="0" wp14:anchorId="5E12C215" wp14:editId="13A28551">
                <wp:extent cx="2407920" cy="665268"/>
                <wp:effectExtent l="38100" t="19050" r="49530" b="97155"/>
                <wp:docPr id="1537493501" name="Flussdiagramm: Manuelle Verarbeit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07920" cy="665268"/>
                        </a:xfrm>
                        <a:prstGeom prst="flowChartManualOperation">
                          <a:avLst/>
                        </a:prstGeom>
                        <a:blipFill>
                          <a:blip r:embed="rId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0CB54F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ussdiagramm: Manuelle Verarbeitung 2" o:spid="_x0000_s1026" type="#_x0000_t119" style="width:189.6pt;height:52.4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" strokecolor="#4579b8 [3044]">
                <v:fill r:id="rId12" o:title="" recolor="t" rotate="t" type="frame"/>
                <v:shadow on="t" color="black" opacity="22937f" origin=",.5" offset="0,.63889mm"/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8CADEA" wp14:editId="7DC4510A">
            <wp:extent cx="424059" cy="424140"/>
            <wp:effectExtent l="0" t="0" r="0" b="0"/>
            <wp:docPr id="596009591" name="Picture 15" descr="Ein Bild, das Gebäude, Fenster, Rechte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99134" name="Picture 15" descr="Ein Bild, das Gebäude, Fenster, Rechteck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59" cy="4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1447">
        <w:t xml:space="preserve"> </w:t>
      </w:r>
      <w:r w:rsidR="00C81447">
        <w:rPr>
          <w:noProof/>
        </w:rPr>
        <mc:AlternateContent>
          <mc:Choice Requires="wps">
            <w:drawing>
              <wp:inline distT="0" distB="0" distL="0" distR="0" wp14:anchorId="1AA336EF" wp14:editId="2AB0C75B">
                <wp:extent cx="388127" cy="384838"/>
                <wp:effectExtent l="0" t="0" r="12065" b="15240"/>
                <wp:docPr id="1401994409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27" cy="384838"/>
                        </a:xfrm>
                        <a:prstGeom prst="rect">
                          <a:avLst/>
                        </a:prstGeom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417420" id="Rechteck 4" o:spid="_x0000_s1026" style="width:30.55pt;height:3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" fillcolor="#4f81bd [3204]" strokecolor="#4579b8 [3044]">
                <v:fill color2="#a7bfde [1620]" rotate="t" angle="180" focus="100%" type="gradient">
                  <o:fill v:ext="view" type="gradientUnscaled"/>
                </v:fill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A17F48D" wp14:editId="250B2F63">
            <wp:extent cx="383458" cy="374015"/>
            <wp:effectExtent l="0" t="0" r="0" b="6985"/>
            <wp:docPr id="109977388" name="Grafik 1" descr="Skurrile Mädchen Clipart: Lustiges Portrait JPG Bilder (300 DP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urrile Mädchen Clipart: Lustiges Portrait JPG Bilder (300 DPI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776F" w14:textId="3DA84A82" w:rsidR="0094695F" w:rsidRDefault="0022102D" w:rsidP="00A97856">
      <w:r>
        <w:rPr>
          <w:noProof/>
        </w:rPr>
        <mc:AlternateContent>
          <mc:Choice Requires="wps">
            <w:drawing>
              <wp:inline distT="0" distB="0" distL="0" distR="0" wp14:anchorId="7B10943A" wp14:editId="787414C8">
                <wp:extent cx="1799590" cy="899969"/>
                <wp:effectExtent l="57150" t="19050" r="48260" b="71755"/>
                <wp:docPr id="553377734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899969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806884" id="Rechteck 1" o:spid="_x0000_s1026" style="width:141.7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" fillcolor="#bfbfbf [2412]" stroked="f">
                <v:fill r:id="rId16" o:title="" color2="white [3212]" type="pattern"/>
                <v:shadow on="t" color="black" opacity="22937f" origin=",.5" offset="0,.63889mm"/>
                <w10:anchorlock/>
              </v:rect>
            </w:pict>
          </mc:Fallback>
        </mc:AlternateContent>
      </w:r>
      <w:r w:rsidR="00C217B1">
        <w:rPr>
          <w:noProof/>
        </w:rPr>
        <mc:AlternateContent>
          <mc:Choice Requires="wps">
            <w:drawing>
              <wp:inline distT="0" distB="0" distL="0" distR="0" wp14:anchorId="6E83A1AE" wp14:editId="45A51A96">
                <wp:extent cx="899744" cy="1799832"/>
                <wp:effectExtent l="64135" t="12065" r="60325" b="79375"/>
                <wp:docPr id="190134120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9744" cy="1799832"/>
                        </a:xfrm>
                        <a:prstGeom prst="rect">
                          <a:avLst/>
                        </a:prstGeom>
                        <a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579C0" id="Rechteck 1" o:spid="_x0000_s1026" style="width:70.85pt;height:141.7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" stroked="f">
                <v:fill r:id="rId19" o:title="" recolor="t" rotate="t" type="tile"/>
                <v:shadow on="t" color="black" opacity="22937f" origin=",.5" offset="0,.63889mm"/>
                <w10:anchorlock/>
              </v:rect>
            </w:pict>
          </mc:Fallback>
        </mc:AlternateContent>
      </w:r>
      <w:r w:rsidR="00C81447">
        <w:rPr>
          <w:noProof/>
          <w:lang w:val="de-CH"/>
        </w:rPr>
        <mc:AlternateContent>
          <mc:Choice Requires="wps">
            <w:drawing>
              <wp:inline distT="0" distB="0" distL="0" distR="0" wp14:anchorId="7C3F2455" wp14:editId="1D61B92E">
                <wp:extent cx="750002" cy="689841"/>
                <wp:effectExtent l="57150" t="19050" r="0" b="91440"/>
                <wp:docPr id="131981901" name="Son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002" cy="689841"/>
                        </a:xfrm>
                        <a:prstGeom prst="sun">
                          <a:avLst/>
                        </a:prstGeom>
                        <a:solidFill>
                          <a:srgbClr val="FDF103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A73EFCB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nne 6" o:spid="_x0000_s1026" type="#_x0000_t183" style="width:59.05pt;height:5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" fillcolor="#fdf103" strokecolor="#ffc000">
                <v:shadow on="t" color="black" opacity="22937f" origin=",.5" offset="0,.63889mm"/>
                <w10:anchorlock/>
              </v:shape>
            </w:pict>
          </mc:Fallback>
        </mc:AlternateContent>
      </w:r>
    </w:p>
    <w:p w14:paraId="352D819B" w14:textId="2A4024DD" w:rsidR="001656DD" w:rsidRDefault="00C81447" w:rsidP="00A97856">
      <w:r>
        <w:rPr>
          <w:noProof/>
        </w:rPr>
        <w:drawing>
          <wp:inline distT="0" distB="0" distL="0" distR="0" wp14:anchorId="4671653B" wp14:editId="074551F1">
            <wp:extent cx="869183" cy="580383"/>
            <wp:effectExtent l="0" t="0" r="7620" b="0"/>
            <wp:docPr id="1123542882" name="Grafik 3" descr="Ein Bild, das Hund, Hunderasse, Clipart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42882" name="Grafik 3" descr="Ein Bild, das Hund, Hunderasse, Clipart, Darstellung enthält.&#10;&#10;KI-generierte Inhalte können fehlerhaft sein.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129" cy="58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F4AE8" wp14:editId="07C67DD2">
            <wp:extent cx="260985" cy="659130"/>
            <wp:effectExtent l="0" t="0" r="5715" b="7620"/>
            <wp:docPr id="1421026192" name="Grafik 2" descr="Ein Bild, das Gebäude, Türgriff, Rechteck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01179" name="Grafik 2" descr="Ein Bild, das Gebäude, Türgriff, Rechteck, Wand enthält.&#10;&#10;KI-generierte Inhalte können fehlerhaft sein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98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8007E21" wp14:editId="75F3A18F">
                <wp:extent cx="429374" cy="603501"/>
                <wp:effectExtent l="19050" t="19050" r="27940" b="25400"/>
                <wp:docPr id="691189067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4" cy="6035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81D4C7" id="Rechteck 3" o:spid="_x0000_s1026" style="width:33.8pt;height:4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" fillcolor="#a5a5a5 [2092]" strokecolor="#974706 [1609]" strokeweight="2.25pt">
                <w10:anchorlock/>
              </v:rect>
            </w:pict>
          </mc:Fallback>
        </mc:AlternateContent>
      </w:r>
    </w:p>
    <w:sectPr w:rsidR="001656DD" w:rsidSect="00F20B4D">
      <w:headerReference w:type="default" r:id="rId22"/>
      <w:footerReference w:type="default" r:id="rId23"/>
      <w:pgSz w:w="12240" w:h="15840"/>
      <w:pgMar w:top="2268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C4891" w14:textId="77777777" w:rsidR="00EE226C" w:rsidRDefault="00EE226C" w:rsidP="00F20B4D">
      <w:pPr>
        <w:spacing w:before="0" w:after="0" w:line="240" w:lineRule="auto"/>
      </w:pPr>
      <w:r>
        <w:separator/>
      </w:r>
    </w:p>
  </w:endnote>
  <w:endnote w:type="continuationSeparator" w:id="0">
    <w:p w14:paraId="233FF322" w14:textId="77777777" w:rsidR="00EE226C" w:rsidRDefault="00EE226C" w:rsidP="00F20B4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19A8B" w14:textId="77F41268" w:rsidR="00F20B4D" w:rsidRPr="00F20B4D" w:rsidRDefault="00F20B4D" w:rsidP="00F20B4D">
    <w:pPr>
      <w:pStyle w:val="Fuzeile"/>
      <w:jc w:val="center"/>
    </w:pPr>
    <w:r w:rsidRPr="00F20B4D">
      <w:rPr>
        <w:bCs/>
      </w:rPr>
      <w:fldChar w:fldCharType="begin"/>
    </w:r>
    <w:r w:rsidRPr="00F20B4D">
      <w:rPr>
        <w:bCs/>
      </w:rPr>
      <w:instrText>PAGE  \* Arabic  \* MERGEFORMAT</w:instrText>
    </w:r>
    <w:r w:rsidRPr="00F20B4D">
      <w:rPr>
        <w:bCs/>
      </w:rPr>
      <w:fldChar w:fldCharType="separate"/>
    </w:r>
    <w:r w:rsidRPr="00F20B4D">
      <w:rPr>
        <w:bCs/>
        <w:lang w:val="de-DE"/>
      </w:rPr>
      <w:t>1</w:t>
    </w:r>
    <w:r w:rsidRPr="00F20B4D">
      <w:rPr>
        <w:bCs/>
      </w:rPr>
      <w:fldChar w:fldCharType="end"/>
    </w:r>
    <w:r w:rsidRPr="00F20B4D">
      <w:rPr>
        <w:bCs/>
      </w:rPr>
      <w:t>/</w:t>
    </w:r>
    <w:r w:rsidRPr="00F20B4D">
      <w:rPr>
        <w:bCs/>
      </w:rPr>
      <w:fldChar w:fldCharType="begin"/>
    </w:r>
    <w:r w:rsidRPr="00F20B4D">
      <w:rPr>
        <w:bCs/>
      </w:rPr>
      <w:instrText>NUMPAGES  \* Arabic  \* MERGEFORMAT</w:instrText>
    </w:r>
    <w:r w:rsidRPr="00F20B4D">
      <w:rPr>
        <w:bCs/>
      </w:rPr>
      <w:fldChar w:fldCharType="separate"/>
    </w:r>
    <w:r w:rsidRPr="00F20B4D">
      <w:rPr>
        <w:bCs/>
        <w:lang w:val="de-DE"/>
      </w:rPr>
      <w:t>2</w:t>
    </w:r>
    <w:r w:rsidRPr="00F20B4D">
      <w:rPr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63181" w14:textId="77777777" w:rsidR="00EE226C" w:rsidRDefault="00EE226C" w:rsidP="00F20B4D">
      <w:pPr>
        <w:spacing w:before="0" w:after="0" w:line="240" w:lineRule="auto"/>
      </w:pPr>
      <w:r>
        <w:separator/>
      </w:r>
    </w:p>
  </w:footnote>
  <w:footnote w:type="continuationSeparator" w:id="0">
    <w:p w14:paraId="6F6B8E4B" w14:textId="77777777" w:rsidR="00EE226C" w:rsidRDefault="00EE226C" w:rsidP="00F20B4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79B54" w14:textId="239FA50B" w:rsidR="00F20B4D" w:rsidRDefault="00F20B4D" w:rsidP="00F20B4D">
    <w:pPr>
      <w:pStyle w:val="Kopfzeile"/>
      <w:jc w:val="right"/>
    </w:pPr>
    <w:r>
      <w:rPr>
        <w:noProof/>
      </w:rPr>
      <w:drawing>
        <wp:inline distT="0" distB="0" distL="0" distR="0" wp14:anchorId="3E8B6393" wp14:editId="241067B0">
          <wp:extent cx="628738" cy="571580"/>
          <wp:effectExtent l="0" t="0" r="0" b="0"/>
          <wp:docPr id="1732855443" name="Grafik 5" descr="Ein Bild, das gelb, Quadrat, Rechteck, Farbigk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855443" name="Grafik 5" descr="Ein Bild, das gelb, Quadrat, Rechteck, Farbigkeit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738" cy="571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91326A1"/>
    <w:multiLevelType w:val="hybridMultilevel"/>
    <w:tmpl w:val="498CFEC8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E1423C"/>
    <w:multiLevelType w:val="hybridMultilevel"/>
    <w:tmpl w:val="8B70B32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645EFD"/>
    <w:multiLevelType w:val="hybridMultilevel"/>
    <w:tmpl w:val="C4EC03DC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8372537">
    <w:abstractNumId w:val="8"/>
  </w:num>
  <w:num w:numId="2" w16cid:durableId="1361468532">
    <w:abstractNumId w:val="6"/>
  </w:num>
  <w:num w:numId="3" w16cid:durableId="950747382">
    <w:abstractNumId w:val="5"/>
  </w:num>
  <w:num w:numId="4" w16cid:durableId="800735296">
    <w:abstractNumId w:val="4"/>
  </w:num>
  <w:num w:numId="5" w16cid:durableId="866911307">
    <w:abstractNumId w:val="7"/>
  </w:num>
  <w:num w:numId="6" w16cid:durableId="1016233429">
    <w:abstractNumId w:val="3"/>
  </w:num>
  <w:num w:numId="7" w16cid:durableId="130752280">
    <w:abstractNumId w:val="2"/>
  </w:num>
  <w:num w:numId="8" w16cid:durableId="102922583">
    <w:abstractNumId w:val="1"/>
  </w:num>
  <w:num w:numId="9" w16cid:durableId="295575079">
    <w:abstractNumId w:val="0"/>
  </w:num>
  <w:num w:numId="10" w16cid:durableId="728309113">
    <w:abstractNumId w:val="11"/>
  </w:num>
  <w:num w:numId="11" w16cid:durableId="1961297291">
    <w:abstractNumId w:val="9"/>
  </w:num>
  <w:num w:numId="12" w16cid:durableId="3385822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68C7"/>
    <w:rsid w:val="000C4718"/>
    <w:rsid w:val="0015074B"/>
    <w:rsid w:val="001656DD"/>
    <w:rsid w:val="001877A1"/>
    <w:rsid w:val="00187F79"/>
    <w:rsid w:val="001C3266"/>
    <w:rsid w:val="001F4566"/>
    <w:rsid w:val="00205666"/>
    <w:rsid w:val="0022102D"/>
    <w:rsid w:val="00276CEE"/>
    <w:rsid w:val="0029639D"/>
    <w:rsid w:val="0029756B"/>
    <w:rsid w:val="002C3FB1"/>
    <w:rsid w:val="00326F90"/>
    <w:rsid w:val="00342569"/>
    <w:rsid w:val="00361A8A"/>
    <w:rsid w:val="00430288"/>
    <w:rsid w:val="004722D5"/>
    <w:rsid w:val="004C2556"/>
    <w:rsid w:val="006163C9"/>
    <w:rsid w:val="00692554"/>
    <w:rsid w:val="006E0366"/>
    <w:rsid w:val="007240B9"/>
    <w:rsid w:val="00725A53"/>
    <w:rsid w:val="00781633"/>
    <w:rsid w:val="007C1F38"/>
    <w:rsid w:val="00826134"/>
    <w:rsid w:val="0084695F"/>
    <w:rsid w:val="00892DBD"/>
    <w:rsid w:val="0094695F"/>
    <w:rsid w:val="009528BA"/>
    <w:rsid w:val="009A27E5"/>
    <w:rsid w:val="009B5158"/>
    <w:rsid w:val="00A525FD"/>
    <w:rsid w:val="00A733CA"/>
    <w:rsid w:val="00A97856"/>
    <w:rsid w:val="00AA1D8D"/>
    <w:rsid w:val="00B47730"/>
    <w:rsid w:val="00C217B1"/>
    <w:rsid w:val="00C81447"/>
    <w:rsid w:val="00CB0664"/>
    <w:rsid w:val="00CC6F27"/>
    <w:rsid w:val="00CD2030"/>
    <w:rsid w:val="00D513E3"/>
    <w:rsid w:val="00EE226C"/>
    <w:rsid w:val="00F02319"/>
    <w:rsid w:val="00F20B4D"/>
    <w:rsid w:val="00F84B9E"/>
    <w:rsid w:val="00FA45EE"/>
    <w:rsid w:val="00FC693F"/>
    <w:rsid w:val="00FD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1EC20DD"/>
  <w14:defaultImageDpi w14:val="300"/>
  <w15:docId w15:val="{8A99C593-A3EB-4BB1-8C47-F5A23071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56DD"/>
    <w:pPr>
      <w:spacing w:before="60" w:after="6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06a8f2b-28e4-44c4-ac01-7357a3a2b9e7}" enabled="1" method="Standard" siteId="{5daf41bd-338c-4311-b1b0-e1299889c34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1150</Characters>
  <Application>Microsoft Office Word</Application>
  <DocSecurity>0</DocSecurity>
  <Lines>31</Lines>
  <Paragraphs>28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Lippuner Jürg BZBS</cp:lastModifiedBy>
  <cp:revision>13</cp:revision>
  <dcterms:created xsi:type="dcterms:W3CDTF">2026-01-14T06:15:00Z</dcterms:created>
  <dcterms:modified xsi:type="dcterms:W3CDTF">2026-01-15T10:29:00Z</dcterms:modified>
  <cp:category/>
</cp:coreProperties>
</file>